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A2F08" w14:textId="6C2C7BFE" w:rsidR="00F6520D" w:rsidRPr="00621A06" w:rsidRDefault="00E728E0">
      <w:pPr>
        <w:jc w:val="center"/>
        <w:rPr>
          <w:sz w:val="28"/>
          <w:szCs w:val="28"/>
          <w:lang w:val="lv-LV"/>
        </w:rPr>
      </w:pPr>
      <w:r w:rsidRPr="00621A06">
        <w:rPr>
          <w:b/>
          <w:sz w:val="28"/>
          <w:szCs w:val="28"/>
          <w:lang w:val="lv-LV"/>
        </w:rPr>
        <w:t xml:space="preserve">Latvijas </w:t>
      </w:r>
      <w:r w:rsidR="0064106F" w:rsidRPr="00621A06">
        <w:rPr>
          <w:b/>
          <w:sz w:val="28"/>
          <w:szCs w:val="28"/>
          <w:lang w:val="lv-LV"/>
        </w:rPr>
        <w:t>L</w:t>
      </w:r>
      <w:r w:rsidRPr="00621A06">
        <w:rPr>
          <w:b/>
          <w:sz w:val="28"/>
          <w:szCs w:val="28"/>
          <w:lang w:val="lv-LV"/>
        </w:rPr>
        <w:t>aborantu asociācija</w:t>
      </w:r>
      <w:r w:rsidR="0064106F" w:rsidRPr="00621A06">
        <w:rPr>
          <w:b/>
          <w:sz w:val="28"/>
          <w:szCs w:val="28"/>
          <w:lang w:val="lv-LV"/>
        </w:rPr>
        <w:t>s</w:t>
      </w:r>
      <w:r w:rsidRPr="00621A06">
        <w:rPr>
          <w:b/>
          <w:sz w:val="28"/>
          <w:szCs w:val="28"/>
          <w:lang w:val="lv-LV"/>
        </w:rPr>
        <w:br/>
        <w:t xml:space="preserve">NOTEIKUMI par sēžu apmeklēšanu, </w:t>
      </w:r>
      <w:r w:rsidR="006C7F64" w:rsidRPr="00621A06">
        <w:rPr>
          <w:b/>
          <w:sz w:val="28"/>
          <w:szCs w:val="28"/>
          <w:lang w:val="lv-LV"/>
        </w:rPr>
        <w:t>sertifikātu</w:t>
      </w:r>
      <w:r w:rsidR="00A669DE" w:rsidRPr="00621A06">
        <w:rPr>
          <w:b/>
          <w:sz w:val="28"/>
          <w:szCs w:val="28"/>
          <w:lang w:val="lv-LV"/>
        </w:rPr>
        <w:t xml:space="preserve"> </w:t>
      </w:r>
      <w:r w:rsidRPr="00621A06">
        <w:rPr>
          <w:b/>
          <w:sz w:val="28"/>
          <w:szCs w:val="28"/>
          <w:lang w:val="lv-LV"/>
        </w:rPr>
        <w:t>izsniegšanu</w:t>
      </w:r>
    </w:p>
    <w:p w14:paraId="0E0B164F" w14:textId="35E63D58" w:rsidR="00F6520D" w:rsidRPr="00621A06" w:rsidRDefault="00E728E0">
      <w:pPr>
        <w:rPr>
          <w:lang w:val="lv-LV"/>
        </w:rPr>
      </w:pPr>
      <w:r w:rsidRPr="00621A06">
        <w:rPr>
          <w:b/>
          <w:lang w:val="lv-LV"/>
        </w:rPr>
        <w:br/>
        <w:t>Apstiprināti:</w:t>
      </w:r>
      <w:r w:rsidR="00FE0D23">
        <w:rPr>
          <w:lang w:val="lv-LV"/>
        </w:rPr>
        <w:t>15.01.2026_</w:t>
      </w:r>
      <w:r w:rsidR="00F34570">
        <w:rPr>
          <w:lang w:val="lv-LV"/>
        </w:rPr>
        <w:t xml:space="preserve">NR. </w:t>
      </w:r>
      <w:r w:rsidR="006B26D5">
        <w:rPr>
          <w:lang w:val="lv-LV"/>
        </w:rPr>
        <w:t>1</w:t>
      </w:r>
      <w:r w:rsidR="00F34570">
        <w:rPr>
          <w:lang w:val="lv-LV"/>
        </w:rPr>
        <w:t>/15.01.26</w:t>
      </w:r>
      <w:r w:rsidRPr="00621A06">
        <w:rPr>
          <w:lang w:val="lv-LV"/>
        </w:rPr>
        <w:t xml:space="preserve"> </w:t>
      </w:r>
      <w:r w:rsidRPr="00621A06">
        <w:rPr>
          <w:lang w:val="lv-LV"/>
        </w:rPr>
        <w:br/>
      </w:r>
      <w:r w:rsidRPr="00621A06">
        <w:rPr>
          <w:b/>
          <w:lang w:val="lv-LV"/>
        </w:rPr>
        <w:t xml:space="preserve">Stājas spēkā: </w:t>
      </w:r>
      <w:r w:rsidR="00F34570">
        <w:rPr>
          <w:lang w:val="lv-LV"/>
        </w:rPr>
        <w:t>21.02.2026</w:t>
      </w:r>
      <w:r w:rsidRPr="00621A06">
        <w:rPr>
          <w:lang w:val="lv-LV"/>
        </w:rPr>
        <w:t xml:space="preserve"> </w:t>
      </w:r>
    </w:p>
    <w:p w14:paraId="384E0096" w14:textId="77777777" w:rsidR="00014520" w:rsidRDefault="00E728E0" w:rsidP="00014520">
      <w:pPr>
        <w:pStyle w:val="Heading2"/>
        <w:numPr>
          <w:ilvl w:val="0"/>
          <w:numId w:val="11"/>
        </w:numPr>
        <w:spacing w:before="120" w:after="120" w:line="360" w:lineRule="auto"/>
        <w:ind w:left="1077" w:hanging="357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Mērķis un piemērošana</w:t>
      </w:r>
    </w:p>
    <w:p w14:paraId="62D13841" w14:textId="768531D4" w:rsidR="00F04017" w:rsidRPr="00014520" w:rsidRDefault="00837D3E" w:rsidP="00837D3E">
      <w:pPr>
        <w:pStyle w:val="Heading2"/>
        <w:spacing w:before="120" w:after="120" w:line="360" w:lineRule="auto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837D3E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lv-LV"/>
        </w:rPr>
        <w:t xml:space="preserve"> 1</w:t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lv-LV"/>
        </w:rPr>
        <w:t xml:space="preserve">.1. </w:t>
      </w:r>
      <w:r w:rsidR="00014520" w:rsidRPr="00275A6B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lv-LV"/>
        </w:rPr>
        <w:t>N</w:t>
      </w:r>
      <w:r w:rsidR="00F04017" w:rsidRPr="00275A6B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lv-LV"/>
        </w:rPr>
        <w:t>oteikum</w:t>
      </w:r>
      <w:r w:rsidR="00014520" w:rsidRPr="00275A6B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lv-LV"/>
        </w:rPr>
        <w:t>i</w:t>
      </w:r>
      <w:r w:rsidR="00F04017" w:rsidRPr="00275A6B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lv-LV"/>
        </w:rPr>
        <w:t xml:space="preserve"> </w:t>
      </w:r>
      <w:r w:rsidR="000A293A" w:rsidRPr="00275A6B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lv-LV"/>
        </w:rPr>
        <w:t xml:space="preserve">nosaka </w:t>
      </w:r>
      <w:r w:rsidR="00F04017" w:rsidRPr="00275A6B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lv-LV"/>
        </w:rPr>
        <w:t>Latvijas Laborantu asociācijas (turpmāk – Asociācija) organizēto sēžu</w:t>
      </w:r>
      <w:r w:rsidR="000A293A" w:rsidRPr="00275A6B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lv-LV"/>
        </w:rPr>
        <w:t>/</w:t>
      </w:r>
      <w:r w:rsidR="00F04017" w:rsidRPr="00275A6B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lv-LV"/>
        </w:rPr>
        <w:t xml:space="preserve"> pasākumu apmeklēšanas kārtību,  pieslēgšanos attālināt</w:t>
      </w:r>
      <w:r w:rsidR="000A293A" w:rsidRPr="00275A6B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lv-LV"/>
        </w:rPr>
        <w:t>i ,</w:t>
      </w:r>
      <w:r w:rsidR="00F04017" w:rsidRPr="00275A6B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lv-LV"/>
        </w:rPr>
        <w:t>kā arī sertifikātu izsniegšanas nosacījumus.</w:t>
      </w:r>
      <w:r w:rsidR="00F04017" w:rsidRPr="00275A6B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lv-LV"/>
        </w:rPr>
        <w:br/>
        <w:t>1.2. Noteikumi ir saistoši visām personām, kuras piedalās Asociācijas rīkotajās sēdēs</w:t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lv-LV"/>
        </w:rPr>
        <w:t>/</w:t>
      </w:r>
      <w:r w:rsidR="00F04017" w:rsidRPr="00275A6B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lv-LV"/>
        </w:rPr>
        <w:t>pasākumos neatkarīgi no to norises formas</w:t>
      </w:r>
      <w:r w:rsidR="00F04017" w:rsidRPr="00014520">
        <w:rPr>
          <w:lang w:val="lv-LV"/>
        </w:rPr>
        <w:t>.</w:t>
      </w:r>
    </w:p>
    <w:p w14:paraId="4C0F98C8" w14:textId="164AD9D9" w:rsidR="00F6520D" w:rsidRPr="00621A06" w:rsidRDefault="002A1678" w:rsidP="00826D54">
      <w:pPr>
        <w:pStyle w:val="Heading2"/>
        <w:spacing w:before="0"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2. Terminu skaidrojums</w:t>
      </w:r>
    </w:p>
    <w:p w14:paraId="0D651224" w14:textId="60DA4BC8" w:rsidR="00F6520D" w:rsidRPr="00D747EC" w:rsidRDefault="00D747EC" w:rsidP="00826D54">
      <w:pPr>
        <w:spacing w:after="0" w:line="360" w:lineRule="auto"/>
        <w:jc w:val="both"/>
        <w:rPr>
          <w:b/>
          <w:lang w:val="lv-LV"/>
        </w:rPr>
      </w:pPr>
      <w:r>
        <w:rPr>
          <w:b/>
          <w:lang w:val="lv-LV"/>
        </w:rPr>
        <w:t xml:space="preserve">2.1 </w:t>
      </w:r>
      <w:r w:rsidR="002D5D4A" w:rsidRPr="00621A06">
        <w:rPr>
          <w:b/>
          <w:lang w:val="lv-LV"/>
        </w:rPr>
        <w:t xml:space="preserve">Sēde/pasākums: </w:t>
      </w:r>
      <w:r w:rsidR="00C84B93" w:rsidRPr="00621A06">
        <w:rPr>
          <w:lang w:val="lv-LV"/>
        </w:rPr>
        <w:t>Asociācijas rīkota</w:t>
      </w:r>
      <w:r w:rsidR="002D5D4A" w:rsidRPr="00621A06">
        <w:rPr>
          <w:lang w:val="lv-LV"/>
        </w:rPr>
        <w:t xml:space="preserve"> profesionālās pilnveides sanāksme klātienē vai attālināti</w:t>
      </w:r>
      <w:r w:rsidR="00C84B93" w:rsidRPr="00621A06">
        <w:rPr>
          <w:lang w:val="lv-LV"/>
        </w:rPr>
        <w:t xml:space="preserve"> </w:t>
      </w:r>
      <w:r w:rsidR="002D5D4A" w:rsidRPr="00621A06">
        <w:rPr>
          <w:lang w:val="lv-LV"/>
        </w:rPr>
        <w:t>(piem., Zoom, MS Teams</w:t>
      </w:r>
      <w:r w:rsidR="00C84B93" w:rsidRPr="00621A06">
        <w:rPr>
          <w:lang w:val="lv-LV"/>
        </w:rPr>
        <w:t>)</w:t>
      </w:r>
      <w:r w:rsidR="00CF4CF2" w:rsidRPr="00621A06">
        <w:rPr>
          <w:lang w:val="lv-LV"/>
        </w:rPr>
        <w:t xml:space="preserve">. </w:t>
      </w:r>
    </w:p>
    <w:p w14:paraId="7975AE9D" w14:textId="51A4E541" w:rsidR="00F6520D" w:rsidRPr="00621A06" w:rsidRDefault="00D747EC" w:rsidP="00826D54">
      <w:pPr>
        <w:spacing w:after="0" w:line="360" w:lineRule="auto"/>
        <w:jc w:val="both"/>
        <w:rPr>
          <w:lang w:val="lv-LV"/>
        </w:rPr>
      </w:pPr>
      <w:r>
        <w:rPr>
          <w:b/>
          <w:lang w:val="lv-LV"/>
        </w:rPr>
        <w:t xml:space="preserve">2.2. </w:t>
      </w:r>
      <w:r w:rsidR="00E728E0" w:rsidRPr="00621A06">
        <w:rPr>
          <w:b/>
          <w:lang w:val="lv-LV"/>
        </w:rPr>
        <w:t xml:space="preserve">Dalībnieks: </w:t>
      </w:r>
      <w:r w:rsidR="00E728E0" w:rsidRPr="00621A06">
        <w:rPr>
          <w:lang w:val="lv-LV"/>
        </w:rPr>
        <w:t>Persona, kas reģistrējusies sēdei</w:t>
      </w:r>
      <w:r w:rsidR="00542F4A" w:rsidRPr="00621A06">
        <w:rPr>
          <w:lang w:val="lv-LV"/>
        </w:rPr>
        <w:t>/pasākumam</w:t>
      </w:r>
      <w:r w:rsidR="00E728E0" w:rsidRPr="00621A06">
        <w:rPr>
          <w:lang w:val="lv-LV"/>
        </w:rPr>
        <w:t xml:space="preserve"> un piedalās </w:t>
      </w:r>
      <w:r w:rsidR="00001E2E" w:rsidRPr="00621A06">
        <w:rPr>
          <w:lang w:val="lv-LV"/>
        </w:rPr>
        <w:t>tajā</w:t>
      </w:r>
      <w:r w:rsidR="00CF4CF2" w:rsidRPr="00621A06">
        <w:rPr>
          <w:lang w:val="lv-LV"/>
        </w:rPr>
        <w:t xml:space="preserve">.  </w:t>
      </w:r>
    </w:p>
    <w:p w14:paraId="57B3D035" w14:textId="10C2E0C1" w:rsidR="00142AC6" w:rsidRPr="00D747EC" w:rsidRDefault="00D747EC" w:rsidP="00826D54">
      <w:pPr>
        <w:spacing w:after="0" w:line="360" w:lineRule="auto"/>
        <w:jc w:val="both"/>
        <w:rPr>
          <w:b/>
          <w:lang w:val="lv-LV"/>
        </w:rPr>
      </w:pPr>
      <w:r>
        <w:rPr>
          <w:b/>
          <w:lang w:val="lv-LV"/>
        </w:rPr>
        <w:t xml:space="preserve">2.3. </w:t>
      </w:r>
      <w:r w:rsidR="00426107" w:rsidRPr="00621A06">
        <w:rPr>
          <w:b/>
          <w:lang w:val="lv-LV"/>
        </w:rPr>
        <w:t>Sertifikāts</w:t>
      </w:r>
      <w:r w:rsidR="00E728E0" w:rsidRPr="00621A06">
        <w:rPr>
          <w:b/>
          <w:lang w:val="lv-LV"/>
        </w:rPr>
        <w:t xml:space="preserve">: </w:t>
      </w:r>
      <w:r w:rsidR="00E728E0" w:rsidRPr="00621A06">
        <w:rPr>
          <w:lang w:val="lv-LV"/>
        </w:rPr>
        <w:t xml:space="preserve">Asociācijas izdots apliecinājums par </w:t>
      </w:r>
      <w:r w:rsidR="00826D54" w:rsidRPr="00621A06">
        <w:rPr>
          <w:lang w:val="lv-LV"/>
        </w:rPr>
        <w:t>D</w:t>
      </w:r>
      <w:r w:rsidR="00E728E0" w:rsidRPr="00621A06">
        <w:rPr>
          <w:lang w:val="lv-LV"/>
        </w:rPr>
        <w:t>alībnieka sēdes</w:t>
      </w:r>
      <w:r w:rsidR="00542F4A" w:rsidRPr="00621A06">
        <w:rPr>
          <w:lang w:val="lv-LV"/>
        </w:rPr>
        <w:t xml:space="preserve">/pasākuma </w:t>
      </w:r>
      <w:r w:rsidR="00E728E0" w:rsidRPr="00621A06">
        <w:rPr>
          <w:lang w:val="lv-LV"/>
        </w:rPr>
        <w:t>apmeklējumu</w:t>
      </w:r>
      <w:r w:rsidR="00426107" w:rsidRPr="00621A06">
        <w:rPr>
          <w:lang w:val="lv-LV"/>
        </w:rPr>
        <w:t xml:space="preserve"> ar tālākizglītības </w:t>
      </w:r>
      <w:r w:rsidR="00726C6C" w:rsidRPr="00621A06">
        <w:rPr>
          <w:lang w:val="lv-LV"/>
        </w:rPr>
        <w:t>punktiem</w:t>
      </w:r>
      <w:r w:rsidR="00142AC6" w:rsidRPr="00621A06">
        <w:rPr>
          <w:lang w:val="lv-LV"/>
        </w:rPr>
        <w:t xml:space="preserve"> </w:t>
      </w:r>
      <w:r w:rsidR="00726C6C" w:rsidRPr="00621A06">
        <w:rPr>
          <w:lang w:val="lv-LV"/>
        </w:rPr>
        <w:t>(</w:t>
      </w:r>
      <w:r w:rsidR="00E76C0F" w:rsidRPr="00621A06">
        <w:rPr>
          <w:lang w:val="lv-LV"/>
        </w:rPr>
        <w:t>TIP</w:t>
      </w:r>
      <w:r w:rsidR="00726C6C" w:rsidRPr="00621A06">
        <w:rPr>
          <w:lang w:val="lv-LV"/>
        </w:rPr>
        <w:t>)</w:t>
      </w:r>
      <w:r w:rsidR="00CF4CF2" w:rsidRPr="00621A06">
        <w:rPr>
          <w:lang w:val="lv-LV"/>
        </w:rPr>
        <w:t xml:space="preserve">. </w:t>
      </w:r>
    </w:p>
    <w:p w14:paraId="746E9CD6" w14:textId="35112656" w:rsidR="00F6520D" w:rsidRPr="00621A06" w:rsidRDefault="00D747EC" w:rsidP="00826D54">
      <w:pPr>
        <w:spacing w:after="0" w:line="360" w:lineRule="auto"/>
        <w:jc w:val="both"/>
        <w:rPr>
          <w:lang w:val="lv-LV"/>
        </w:rPr>
      </w:pPr>
      <w:r>
        <w:rPr>
          <w:b/>
          <w:lang w:val="lv-LV"/>
        </w:rPr>
        <w:t>2.4.</w:t>
      </w:r>
      <w:r w:rsidR="00E728E0" w:rsidRPr="00621A06">
        <w:rPr>
          <w:b/>
          <w:lang w:val="lv-LV"/>
        </w:rPr>
        <w:t xml:space="preserve">Tehniska problēma: </w:t>
      </w:r>
      <w:r w:rsidR="00E728E0" w:rsidRPr="00621A06">
        <w:rPr>
          <w:lang w:val="lv-LV"/>
        </w:rPr>
        <w:t>Neparedzēt</w:t>
      </w:r>
      <w:r w:rsidR="0010036F">
        <w:rPr>
          <w:lang w:val="lv-LV"/>
        </w:rPr>
        <w:t xml:space="preserve">i </w:t>
      </w:r>
      <w:r w:rsidR="00E728E0" w:rsidRPr="00621A06">
        <w:rPr>
          <w:lang w:val="lv-LV"/>
        </w:rPr>
        <w:t xml:space="preserve"> </w:t>
      </w:r>
      <w:r w:rsidR="007626D4" w:rsidRPr="00621A06">
        <w:rPr>
          <w:lang w:val="lv-LV"/>
        </w:rPr>
        <w:t>pieslēguma</w:t>
      </w:r>
      <w:r w:rsidR="00E728E0" w:rsidRPr="00621A06">
        <w:rPr>
          <w:lang w:val="lv-LV"/>
        </w:rPr>
        <w:t xml:space="preserve"> </w:t>
      </w:r>
      <w:r w:rsidR="007626D4" w:rsidRPr="00621A06">
        <w:rPr>
          <w:lang w:val="lv-LV"/>
        </w:rPr>
        <w:t>traucējums</w:t>
      </w:r>
      <w:r w:rsidR="00E728E0" w:rsidRPr="00621A06">
        <w:rPr>
          <w:lang w:val="lv-LV"/>
        </w:rPr>
        <w:t xml:space="preserve"> (internets, platforma, ierīce</w:t>
      </w:r>
      <w:r w:rsidR="00142AC6" w:rsidRPr="00621A06">
        <w:rPr>
          <w:lang w:val="lv-LV"/>
        </w:rPr>
        <w:t xml:space="preserve"> u. tml.)</w:t>
      </w:r>
      <w:r w:rsidR="00E728E0" w:rsidRPr="00621A06">
        <w:rPr>
          <w:lang w:val="lv-LV"/>
        </w:rPr>
        <w:t>.</w:t>
      </w:r>
    </w:p>
    <w:p w14:paraId="5283A8E4" w14:textId="3E6102AD" w:rsidR="00F6520D" w:rsidRPr="00621A06" w:rsidRDefault="00D747EC" w:rsidP="00826D54">
      <w:pPr>
        <w:spacing w:after="0" w:line="360" w:lineRule="auto"/>
        <w:jc w:val="both"/>
        <w:rPr>
          <w:lang w:val="lv-LV"/>
        </w:rPr>
      </w:pPr>
      <w:r>
        <w:rPr>
          <w:b/>
          <w:lang w:val="lv-LV"/>
        </w:rPr>
        <w:t xml:space="preserve">2.5. </w:t>
      </w:r>
      <w:r w:rsidR="00E728E0" w:rsidRPr="00621A06">
        <w:rPr>
          <w:b/>
          <w:lang w:val="lv-LV"/>
        </w:rPr>
        <w:t xml:space="preserve">Datu labošana: </w:t>
      </w:r>
      <w:r w:rsidR="00E728E0" w:rsidRPr="00621A06">
        <w:rPr>
          <w:lang w:val="lv-LV"/>
        </w:rPr>
        <w:t xml:space="preserve">Izmaiņas </w:t>
      </w:r>
      <w:r w:rsidR="004E4318" w:rsidRPr="00621A06">
        <w:rPr>
          <w:lang w:val="lv-LV"/>
        </w:rPr>
        <w:t>D</w:t>
      </w:r>
      <w:r w:rsidR="00E728E0" w:rsidRPr="00621A06">
        <w:rPr>
          <w:lang w:val="lv-LV"/>
        </w:rPr>
        <w:t xml:space="preserve">alībnieka personiskajos datos </w:t>
      </w:r>
      <w:r w:rsidR="00446279" w:rsidRPr="00621A06">
        <w:rPr>
          <w:lang w:val="lv-LV"/>
        </w:rPr>
        <w:t>(</w:t>
      </w:r>
      <w:r w:rsidR="006C7F64" w:rsidRPr="00621A06">
        <w:rPr>
          <w:lang w:val="lv-LV"/>
        </w:rPr>
        <w:t>Sertifikātā</w:t>
      </w:r>
      <w:r w:rsidR="00446279" w:rsidRPr="00621A06">
        <w:rPr>
          <w:lang w:val="lv-LV"/>
        </w:rPr>
        <w:t>)</w:t>
      </w:r>
      <w:r w:rsidR="00A418CE" w:rsidRPr="00621A06">
        <w:rPr>
          <w:lang w:val="lv-LV"/>
        </w:rPr>
        <w:t xml:space="preserve">. </w:t>
      </w:r>
    </w:p>
    <w:p w14:paraId="1FF30314" w14:textId="3669EF74" w:rsidR="00F6520D" w:rsidRPr="00621A06" w:rsidRDefault="00EF3DAC" w:rsidP="00CB468F">
      <w:pPr>
        <w:pStyle w:val="Heading2"/>
        <w:numPr>
          <w:ilvl w:val="0"/>
          <w:numId w:val="12"/>
        </w:numPr>
        <w:spacing w:before="120" w:after="12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Reģist</w:t>
      </w:r>
      <w:r w:rsidR="002D419A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rēšanās, pieslēgšanās un</w:t>
      </w:r>
      <w:r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 </w:t>
      </w:r>
      <w:r w:rsidR="002A1678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apmeklēšana</w:t>
      </w:r>
      <w:r w:rsidR="002D419A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s </w:t>
      </w:r>
      <w:r w:rsidR="002A1678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kārtība</w:t>
      </w:r>
    </w:p>
    <w:p w14:paraId="56AE1B53" w14:textId="47786CF4" w:rsidR="00CB468F" w:rsidRPr="00621A06" w:rsidRDefault="00D653E3" w:rsidP="00D653E3">
      <w:pPr>
        <w:jc w:val="both"/>
        <w:rPr>
          <w:lang w:val="lv-LV"/>
        </w:rPr>
      </w:pPr>
      <w:r w:rsidRPr="00621A06">
        <w:rPr>
          <w:b/>
          <w:bCs/>
          <w:lang w:val="lv-LV"/>
        </w:rPr>
        <w:t>3.1</w:t>
      </w:r>
      <w:r w:rsidRPr="00621A06">
        <w:rPr>
          <w:lang w:val="lv-LV"/>
        </w:rPr>
        <w:t xml:space="preserve"> </w:t>
      </w:r>
      <w:r w:rsidR="0005724F" w:rsidRPr="00621A06">
        <w:rPr>
          <w:lang w:val="lv-LV"/>
        </w:rPr>
        <w:t xml:space="preserve">Asociācijas sēdē/pasākumā var piedalīties arī citas </w:t>
      </w:r>
      <w:r w:rsidR="00E32877" w:rsidRPr="00621A06">
        <w:rPr>
          <w:lang w:val="lv-LV"/>
        </w:rPr>
        <w:t xml:space="preserve">ārstniecības personas un ārstniecības atbalsta </w:t>
      </w:r>
      <w:r w:rsidRPr="00621A06">
        <w:rPr>
          <w:lang w:val="lv-LV"/>
        </w:rPr>
        <w:t>personas,</w:t>
      </w:r>
      <w:r w:rsidR="00E32877" w:rsidRPr="00621A06">
        <w:rPr>
          <w:lang w:val="lv-LV"/>
        </w:rPr>
        <w:t xml:space="preserve"> ka nav Asociācijas biedri</w:t>
      </w:r>
    </w:p>
    <w:p w14:paraId="108CA6EF" w14:textId="3A3B56B1" w:rsidR="00CB468F" w:rsidRPr="00621A06" w:rsidRDefault="00E728E0" w:rsidP="00551741">
      <w:pPr>
        <w:spacing w:after="0" w:line="360" w:lineRule="auto"/>
        <w:jc w:val="both"/>
        <w:rPr>
          <w:lang w:val="lv-LV"/>
        </w:rPr>
      </w:pPr>
      <w:r w:rsidRPr="00621A06">
        <w:rPr>
          <w:b/>
          <w:lang w:val="lv-LV"/>
        </w:rPr>
        <w:t>3.</w:t>
      </w:r>
      <w:r w:rsidR="00D653E3" w:rsidRPr="00621A06">
        <w:rPr>
          <w:b/>
          <w:lang w:val="lv-LV"/>
        </w:rPr>
        <w:t>2.</w:t>
      </w:r>
      <w:r w:rsidRPr="00621A06">
        <w:rPr>
          <w:b/>
          <w:lang w:val="lv-LV"/>
        </w:rPr>
        <w:t xml:space="preserve"> Reģistrācija. </w:t>
      </w:r>
      <w:r w:rsidRPr="00621A06">
        <w:rPr>
          <w:lang w:val="lv-LV"/>
        </w:rPr>
        <w:t xml:space="preserve">Dalībnieks </w:t>
      </w:r>
      <w:r w:rsidR="006C2677" w:rsidRPr="00621A06">
        <w:rPr>
          <w:lang w:val="lv-LV"/>
        </w:rPr>
        <w:t xml:space="preserve">reģistrējoties </w:t>
      </w:r>
      <w:r w:rsidR="00621A06" w:rsidRPr="00621A06">
        <w:rPr>
          <w:lang w:val="lv-LV"/>
        </w:rPr>
        <w:t>sēdei</w:t>
      </w:r>
      <w:r w:rsidR="006C2677" w:rsidRPr="00621A06">
        <w:rPr>
          <w:lang w:val="lv-LV"/>
        </w:rPr>
        <w:t xml:space="preserve">/pasākumam </w:t>
      </w:r>
      <w:r w:rsidRPr="00621A06">
        <w:rPr>
          <w:lang w:val="lv-LV"/>
        </w:rPr>
        <w:t>norād</w:t>
      </w:r>
      <w:r w:rsidR="00A62C68" w:rsidRPr="00621A06">
        <w:rPr>
          <w:lang w:val="lv-LV"/>
        </w:rPr>
        <w:t>a</w:t>
      </w:r>
      <w:r w:rsidR="00E04F2E" w:rsidRPr="00621A06">
        <w:rPr>
          <w:lang w:val="lv-LV"/>
        </w:rPr>
        <w:t xml:space="preserve"> savu</w:t>
      </w:r>
      <w:r w:rsidR="00A62C68" w:rsidRPr="00621A06">
        <w:rPr>
          <w:lang w:val="lv-LV"/>
        </w:rPr>
        <w:t xml:space="preserve"> </w:t>
      </w:r>
      <w:r w:rsidRPr="00621A06">
        <w:rPr>
          <w:lang w:val="lv-LV"/>
        </w:rPr>
        <w:t>vārdu, uzvārdu, e‑pastu un, ja attiecināms</w:t>
      </w:r>
      <w:r w:rsidR="002A1678" w:rsidRPr="00621A06">
        <w:rPr>
          <w:lang w:val="lv-LV"/>
        </w:rPr>
        <w:t xml:space="preserve"> uz </w:t>
      </w:r>
      <w:r w:rsidRPr="00621A06">
        <w:rPr>
          <w:lang w:val="lv-LV"/>
        </w:rPr>
        <w:t>dalības</w:t>
      </w:r>
      <w:r w:rsidR="00E96BCF" w:rsidRPr="00621A06">
        <w:rPr>
          <w:lang w:val="lv-LV"/>
        </w:rPr>
        <w:t xml:space="preserve"> maksu </w:t>
      </w:r>
      <w:r w:rsidR="00B11CBC" w:rsidRPr="00621A06">
        <w:rPr>
          <w:lang w:val="lv-LV"/>
        </w:rPr>
        <w:t>(</w:t>
      </w:r>
      <w:r w:rsidR="00730B58" w:rsidRPr="00621A06">
        <w:rPr>
          <w:lang w:val="lv-LV"/>
        </w:rPr>
        <w:t>rēķina datus</w:t>
      </w:r>
      <w:r w:rsidR="00B11CBC" w:rsidRPr="00621A06">
        <w:rPr>
          <w:lang w:val="lv-LV"/>
        </w:rPr>
        <w:t>, tālruņa numuru)</w:t>
      </w:r>
      <w:r w:rsidRPr="00621A06">
        <w:rPr>
          <w:lang w:val="lv-LV"/>
        </w:rPr>
        <w:t xml:space="preserve">. Reģistrācijā norādītie dati tiek izmantoti </w:t>
      </w:r>
      <w:r w:rsidR="006C7F64" w:rsidRPr="00621A06">
        <w:rPr>
          <w:lang w:val="lv-LV"/>
        </w:rPr>
        <w:t xml:space="preserve">Sertifikāta </w:t>
      </w:r>
      <w:r w:rsidRPr="00621A06">
        <w:rPr>
          <w:lang w:val="lv-LV"/>
        </w:rPr>
        <w:t>sagatavošanai</w:t>
      </w:r>
      <w:r w:rsidR="00B11CBC" w:rsidRPr="00621A06">
        <w:rPr>
          <w:lang w:val="lv-LV"/>
        </w:rPr>
        <w:t>.</w:t>
      </w:r>
      <w:r w:rsidR="00730B58" w:rsidRPr="00621A06">
        <w:rPr>
          <w:lang w:val="lv-LV"/>
        </w:rPr>
        <w:t xml:space="preserve"> </w:t>
      </w:r>
    </w:p>
    <w:p w14:paraId="0363CC22" w14:textId="4364C8D0" w:rsidR="00F6520D" w:rsidRPr="00621A06" w:rsidRDefault="00E728E0" w:rsidP="00551741">
      <w:pPr>
        <w:spacing w:after="0" w:line="360" w:lineRule="auto"/>
        <w:jc w:val="both"/>
        <w:rPr>
          <w:lang w:val="lv-LV"/>
        </w:rPr>
      </w:pPr>
      <w:r w:rsidRPr="00621A06">
        <w:rPr>
          <w:b/>
          <w:lang w:val="lv-LV"/>
        </w:rPr>
        <w:t>3.</w:t>
      </w:r>
      <w:r w:rsidR="00D653E3" w:rsidRPr="00621A06">
        <w:rPr>
          <w:b/>
          <w:lang w:val="lv-LV"/>
        </w:rPr>
        <w:t>3</w:t>
      </w:r>
      <w:r w:rsidRPr="00621A06">
        <w:rPr>
          <w:b/>
          <w:lang w:val="lv-LV"/>
        </w:rPr>
        <w:t xml:space="preserve">. Pieslēgšanās. </w:t>
      </w:r>
      <w:r w:rsidRPr="00621A06">
        <w:rPr>
          <w:lang w:val="lv-LV"/>
        </w:rPr>
        <w:t>Attālinātai sēdei</w:t>
      </w:r>
      <w:r w:rsidR="00EF649D" w:rsidRPr="00621A06">
        <w:rPr>
          <w:lang w:val="lv-LV"/>
        </w:rPr>
        <w:t xml:space="preserve">/pasākumam </w:t>
      </w:r>
      <w:r w:rsidR="00730B58" w:rsidRPr="00621A06">
        <w:rPr>
          <w:lang w:val="lv-LV"/>
        </w:rPr>
        <w:t>D</w:t>
      </w:r>
      <w:r w:rsidRPr="00621A06">
        <w:rPr>
          <w:lang w:val="lv-LV"/>
        </w:rPr>
        <w:t>alībnieks pieslēdzas, izmantojot saiti</w:t>
      </w:r>
      <w:r w:rsidR="00837D2D" w:rsidRPr="00621A06">
        <w:rPr>
          <w:lang w:val="lv-LV"/>
        </w:rPr>
        <w:t xml:space="preserve">, kas tiek nosūtīta uz norādīto e-pastu </w:t>
      </w:r>
      <w:r w:rsidR="006D3CFF" w:rsidRPr="00621A06">
        <w:rPr>
          <w:lang w:val="lv-LV"/>
        </w:rPr>
        <w:t xml:space="preserve">reģistrējoties. </w:t>
      </w:r>
      <w:r w:rsidRPr="00621A06">
        <w:rPr>
          <w:lang w:val="lv-LV"/>
        </w:rPr>
        <w:t xml:space="preserve"> </w:t>
      </w:r>
      <w:r w:rsidR="00A65ACC" w:rsidRPr="00621A06">
        <w:rPr>
          <w:lang w:val="lv-LV"/>
        </w:rPr>
        <w:t>D</w:t>
      </w:r>
      <w:r w:rsidRPr="00621A06">
        <w:rPr>
          <w:lang w:val="lv-LV"/>
        </w:rPr>
        <w:t>alībniekam jānodrošina stabils interneta savienojums un ierīce ar skaņu</w:t>
      </w:r>
      <w:r w:rsidR="00ED3899" w:rsidRPr="00621A06">
        <w:rPr>
          <w:lang w:val="lv-LV"/>
        </w:rPr>
        <w:t>, kameru.</w:t>
      </w:r>
      <w:r w:rsidRPr="00621A06">
        <w:rPr>
          <w:lang w:val="lv-LV"/>
        </w:rPr>
        <w:t xml:space="preserve"> Pieslēdzoties</w:t>
      </w:r>
      <w:r w:rsidR="00A65ACC" w:rsidRPr="00621A06">
        <w:rPr>
          <w:lang w:val="lv-LV"/>
        </w:rPr>
        <w:t>,</w:t>
      </w:r>
      <w:r w:rsidRPr="00621A06">
        <w:rPr>
          <w:lang w:val="lv-LV"/>
        </w:rPr>
        <w:t xml:space="preserve"> jālieto savs pilns vārds</w:t>
      </w:r>
      <w:r w:rsidR="00ED3899" w:rsidRPr="00621A06">
        <w:rPr>
          <w:lang w:val="lv-LV"/>
        </w:rPr>
        <w:t>,</w:t>
      </w:r>
      <w:r w:rsidRPr="00621A06">
        <w:rPr>
          <w:lang w:val="lv-LV"/>
        </w:rPr>
        <w:t xml:space="preserve"> uzvārds.</w:t>
      </w:r>
    </w:p>
    <w:p w14:paraId="269AF8FD" w14:textId="0AB2B056" w:rsidR="00F6520D" w:rsidRPr="00621A06" w:rsidRDefault="00E728E0" w:rsidP="00551741">
      <w:pPr>
        <w:spacing w:after="0" w:line="360" w:lineRule="auto"/>
        <w:jc w:val="both"/>
        <w:rPr>
          <w:lang w:val="lv-LV"/>
        </w:rPr>
      </w:pPr>
      <w:r w:rsidRPr="00621A06">
        <w:rPr>
          <w:b/>
          <w:lang w:val="lv-LV"/>
        </w:rPr>
        <w:t>3.</w:t>
      </w:r>
      <w:r w:rsidR="00D653E3" w:rsidRPr="00621A06">
        <w:rPr>
          <w:b/>
          <w:lang w:val="lv-LV"/>
        </w:rPr>
        <w:t>4</w:t>
      </w:r>
      <w:r w:rsidRPr="00621A06">
        <w:rPr>
          <w:b/>
          <w:lang w:val="lv-LV"/>
        </w:rPr>
        <w:t>. Identifikācija</w:t>
      </w:r>
      <w:r w:rsidR="009D57AC" w:rsidRPr="00621A06">
        <w:rPr>
          <w:b/>
          <w:lang w:val="lv-LV"/>
        </w:rPr>
        <w:t xml:space="preserve">.  </w:t>
      </w:r>
      <w:r w:rsidR="009D57AC" w:rsidRPr="00621A06">
        <w:rPr>
          <w:bCs/>
          <w:lang w:val="lv-LV"/>
        </w:rPr>
        <w:t>Sēdes/pasākuma</w:t>
      </w:r>
      <w:r w:rsidR="009D57AC" w:rsidRPr="00621A06">
        <w:rPr>
          <w:b/>
          <w:lang w:val="lv-LV"/>
        </w:rPr>
        <w:t xml:space="preserve"> </w:t>
      </w:r>
      <w:r w:rsidR="00A40C38" w:rsidRPr="00621A06">
        <w:rPr>
          <w:lang w:val="lv-LV"/>
        </w:rPr>
        <w:t xml:space="preserve">vadītājs </w:t>
      </w:r>
      <w:r w:rsidRPr="00621A06">
        <w:rPr>
          <w:lang w:val="lv-LV"/>
        </w:rPr>
        <w:t xml:space="preserve">var lūgt </w:t>
      </w:r>
      <w:r w:rsidR="00962F9A" w:rsidRPr="00621A06">
        <w:rPr>
          <w:lang w:val="lv-LV"/>
        </w:rPr>
        <w:t>D</w:t>
      </w:r>
      <w:r w:rsidRPr="00621A06">
        <w:rPr>
          <w:lang w:val="lv-LV"/>
        </w:rPr>
        <w:t>alībnieku vizuāli apstiprināt identitāt</w:t>
      </w:r>
      <w:r w:rsidR="00D7740D" w:rsidRPr="00621A06">
        <w:rPr>
          <w:lang w:val="lv-LV"/>
        </w:rPr>
        <w:t>i:</w:t>
      </w:r>
      <w:r w:rsidRPr="00621A06">
        <w:rPr>
          <w:lang w:val="lv-LV"/>
        </w:rPr>
        <w:t xml:space="preserve"> (kameras ieslēgšana)</w:t>
      </w:r>
      <w:r w:rsidR="00362D20" w:rsidRPr="00621A06">
        <w:rPr>
          <w:lang w:val="lv-LV"/>
        </w:rPr>
        <w:t xml:space="preserve">. </w:t>
      </w:r>
    </w:p>
    <w:p w14:paraId="224EC413" w14:textId="64A033BC" w:rsidR="00F6520D" w:rsidRPr="00621A06" w:rsidRDefault="00E728E0" w:rsidP="00551741">
      <w:pPr>
        <w:spacing w:after="0" w:line="360" w:lineRule="auto"/>
        <w:jc w:val="both"/>
        <w:rPr>
          <w:lang w:val="lv-LV"/>
        </w:rPr>
      </w:pPr>
      <w:r w:rsidRPr="00621A06">
        <w:rPr>
          <w:b/>
          <w:lang w:val="lv-LV"/>
        </w:rPr>
        <w:lastRenderedPageBreak/>
        <w:t>3.</w:t>
      </w:r>
      <w:r w:rsidR="00D653E3" w:rsidRPr="00621A06">
        <w:rPr>
          <w:b/>
          <w:lang w:val="lv-LV"/>
        </w:rPr>
        <w:t>5</w:t>
      </w:r>
      <w:r w:rsidRPr="00621A06">
        <w:rPr>
          <w:b/>
          <w:lang w:val="lv-LV"/>
        </w:rPr>
        <w:t xml:space="preserve">. Apmeklējuma minimums. </w:t>
      </w:r>
      <w:r w:rsidR="006C7F64" w:rsidRPr="00621A06">
        <w:rPr>
          <w:lang w:val="lv-LV"/>
        </w:rPr>
        <w:t>Sertifikāts</w:t>
      </w:r>
      <w:r w:rsidRPr="00621A06">
        <w:rPr>
          <w:lang w:val="lv-LV"/>
        </w:rPr>
        <w:t xml:space="preserve"> par </w:t>
      </w:r>
      <w:r w:rsidR="005B180D" w:rsidRPr="00621A06">
        <w:rPr>
          <w:lang w:val="lv-LV"/>
        </w:rPr>
        <w:t xml:space="preserve">sēdes/pasākuma </w:t>
      </w:r>
      <w:r w:rsidRPr="00621A06">
        <w:rPr>
          <w:lang w:val="lv-LV"/>
        </w:rPr>
        <w:t>apmeklējumu tiek izsniegt</w:t>
      </w:r>
      <w:r w:rsidR="003845D5" w:rsidRPr="00621A06">
        <w:rPr>
          <w:lang w:val="lv-LV"/>
        </w:rPr>
        <w:t>s</w:t>
      </w:r>
      <w:r w:rsidRPr="00621A06">
        <w:rPr>
          <w:lang w:val="lv-LV"/>
        </w:rPr>
        <w:t xml:space="preserve">, ja </w:t>
      </w:r>
      <w:r w:rsidR="00962F9A" w:rsidRPr="00621A06">
        <w:rPr>
          <w:lang w:val="lv-LV"/>
        </w:rPr>
        <w:t>D</w:t>
      </w:r>
      <w:r w:rsidRPr="00621A06">
        <w:rPr>
          <w:lang w:val="lv-LV"/>
        </w:rPr>
        <w:t xml:space="preserve">alībnieks piedalās vismaz </w:t>
      </w:r>
      <w:r w:rsidR="005B180D" w:rsidRPr="00621A06">
        <w:rPr>
          <w:lang w:val="lv-LV"/>
        </w:rPr>
        <w:t>75</w:t>
      </w:r>
      <w:r w:rsidRPr="00621A06">
        <w:rPr>
          <w:lang w:val="lv-LV"/>
        </w:rPr>
        <w:t>% no norises laika un nepieciešamības gadījumā pēc sēdes</w:t>
      </w:r>
      <w:r w:rsidR="0067631C" w:rsidRPr="00621A06">
        <w:rPr>
          <w:lang w:val="lv-LV"/>
        </w:rPr>
        <w:t xml:space="preserve">/pasākuma </w:t>
      </w:r>
      <w:r w:rsidRPr="00621A06">
        <w:rPr>
          <w:lang w:val="lv-LV"/>
        </w:rPr>
        <w:t>atbild uz kontroles jautājumiem</w:t>
      </w:r>
      <w:r w:rsidR="0067631C" w:rsidRPr="00621A06">
        <w:rPr>
          <w:lang w:val="lv-LV"/>
        </w:rPr>
        <w:t xml:space="preserve">. </w:t>
      </w:r>
    </w:p>
    <w:p w14:paraId="1B81D977" w14:textId="5B923C98" w:rsidR="0047721C" w:rsidRPr="00621A06" w:rsidRDefault="00E760C9" w:rsidP="00551741">
      <w:pPr>
        <w:spacing w:line="360" w:lineRule="auto"/>
        <w:jc w:val="both"/>
        <w:rPr>
          <w:lang w:val="lv-LV"/>
        </w:rPr>
      </w:pPr>
      <w:r w:rsidRPr="00621A06">
        <w:rPr>
          <w:b/>
          <w:lang w:val="lv-LV"/>
        </w:rPr>
        <w:t>3.</w:t>
      </w:r>
      <w:r w:rsidR="00D653E3" w:rsidRPr="00621A06">
        <w:rPr>
          <w:b/>
          <w:lang w:val="lv-LV"/>
        </w:rPr>
        <w:t>6</w:t>
      </w:r>
      <w:r w:rsidRPr="00621A06">
        <w:rPr>
          <w:b/>
          <w:lang w:val="lv-LV"/>
        </w:rPr>
        <w:t xml:space="preserve">. </w:t>
      </w:r>
      <w:r w:rsidR="00857141" w:rsidRPr="00621A06">
        <w:rPr>
          <w:b/>
          <w:lang w:val="lv-LV"/>
        </w:rPr>
        <w:t>Ētika, konfidencialitāte</w:t>
      </w:r>
      <w:r w:rsidR="00287556" w:rsidRPr="00621A06">
        <w:rPr>
          <w:b/>
          <w:lang w:val="lv-LV"/>
        </w:rPr>
        <w:t>.</w:t>
      </w:r>
      <w:r w:rsidRPr="00621A06">
        <w:rPr>
          <w:b/>
          <w:lang w:val="lv-LV"/>
        </w:rPr>
        <w:t xml:space="preserve"> </w:t>
      </w:r>
      <w:r w:rsidRPr="00621A06">
        <w:rPr>
          <w:lang w:val="lv-LV"/>
        </w:rPr>
        <w:t>Dalībnieks ievēro pieklājīgu komunikāciju, nelieto segvārdus un neizplata piekļuves saites trešajām personām</w:t>
      </w:r>
      <w:r w:rsidR="00570A58" w:rsidRPr="00621A06">
        <w:rPr>
          <w:lang w:val="lv-LV"/>
        </w:rPr>
        <w:t>.</w:t>
      </w:r>
    </w:p>
    <w:p w14:paraId="75F5EAD0" w14:textId="4B9E113C" w:rsidR="00047A85" w:rsidRPr="00621A06" w:rsidRDefault="00871BA3" w:rsidP="0047721C">
      <w:pPr>
        <w:pStyle w:val="Heading2"/>
        <w:spacing w:before="120" w:after="120"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4.</w:t>
      </w:r>
      <w:r w:rsidR="00485029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Maksas piemērošana par dalību Asociācijas </w:t>
      </w:r>
      <w:r w:rsidR="006D6FB0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sēde/pasākumā.</w:t>
      </w:r>
    </w:p>
    <w:p w14:paraId="2C230642" w14:textId="21A2018F" w:rsidR="001F0F2E" w:rsidRPr="00621A06" w:rsidRDefault="006D6FB0" w:rsidP="006D6FB0">
      <w:pPr>
        <w:rPr>
          <w:lang w:val="lv-LV"/>
        </w:rPr>
      </w:pPr>
      <w:r w:rsidRPr="00621A06">
        <w:rPr>
          <w:b/>
          <w:bCs/>
          <w:lang w:val="lv-LV"/>
        </w:rPr>
        <w:t>4.1</w:t>
      </w:r>
      <w:r w:rsidR="009E06FE" w:rsidRPr="00621A06">
        <w:rPr>
          <w:lang w:val="lv-LV"/>
        </w:rPr>
        <w:t xml:space="preserve"> Asociācijas valde nosaka maksu par dalību sēdē/pasākum</w:t>
      </w:r>
      <w:r w:rsidR="00A92A35" w:rsidRPr="00621A06">
        <w:rPr>
          <w:lang w:val="lv-LV"/>
        </w:rPr>
        <w:t>ā</w:t>
      </w:r>
    </w:p>
    <w:p w14:paraId="72E59905" w14:textId="630912D7" w:rsidR="006D6FB0" w:rsidRPr="00621A06" w:rsidRDefault="00164926" w:rsidP="006D6FB0">
      <w:pPr>
        <w:rPr>
          <w:lang w:val="lv-LV"/>
        </w:rPr>
      </w:pPr>
      <w:r w:rsidRPr="00621A06">
        <w:rPr>
          <w:b/>
          <w:bCs/>
          <w:lang w:val="lv-LV"/>
        </w:rPr>
        <w:t>4.2</w:t>
      </w:r>
      <w:r w:rsidRPr="00621A06">
        <w:rPr>
          <w:lang w:val="lv-LV"/>
        </w:rPr>
        <w:t xml:space="preserve"> Par</w:t>
      </w:r>
      <w:r w:rsidR="007E5460" w:rsidRPr="00621A06">
        <w:rPr>
          <w:lang w:val="lv-LV"/>
        </w:rPr>
        <w:t xml:space="preserve"> sēdi/pasākumu </w:t>
      </w:r>
      <w:r w:rsidR="00473133" w:rsidRPr="00621A06">
        <w:rPr>
          <w:lang w:val="lv-LV"/>
        </w:rPr>
        <w:t xml:space="preserve">pie reģistrācijas tiek nosūtīts uz e-pastu </w:t>
      </w:r>
      <w:r w:rsidR="00621A06" w:rsidRPr="00621A06">
        <w:rPr>
          <w:lang w:val="lv-LV"/>
        </w:rPr>
        <w:t>maksājuma</w:t>
      </w:r>
      <w:r w:rsidR="006F5C20" w:rsidRPr="00621A06">
        <w:rPr>
          <w:lang w:val="lv-LV"/>
        </w:rPr>
        <w:t xml:space="preserve"> uzdevums </w:t>
      </w:r>
      <w:r w:rsidR="00D10B5F" w:rsidRPr="00621A06">
        <w:rPr>
          <w:lang w:val="lv-LV"/>
        </w:rPr>
        <w:t xml:space="preserve">(skat. </w:t>
      </w:r>
      <w:r w:rsidRPr="00621A06">
        <w:rPr>
          <w:lang w:val="lv-LV"/>
        </w:rPr>
        <w:t xml:space="preserve">3.2 </w:t>
      </w:r>
      <w:r w:rsidRPr="00621A06">
        <w:rPr>
          <w:b/>
          <w:bCs/>
          <w:lang w:val="lv-LV"/>
        </w:rPr>
        <w:t xml:space="preserve">Reģistrācija., </w:t>
      </w:r>
      <w:r w:rsidR="00621A06" w:rsidRPr="00621A06">
        <w:rPr>
          <w:b/>
          <w:bCs/>
          <w:lang w:val="lv-LV"/>
        </w:rPr>
        <w:t>pieslēgšanās</w:t>
      </w:r>
      <w:r w:rsidRPr="00621A06">
        <w:rPr>
          <w:b/>
          <w:bCs/>
          <w:lang w:val="lv-LV"/>
        </w:rPr>
        <w:t xml:space="preserve"> un apmeklēšanas </w:t>
      </w:r>
      <w:r w:rsidR="00621A06" w:rsidRPr="00621A06">
        <w:rPr>
          <w:b/>
          <w:bCs/>
          <w:lang w:val="lv-LV"/>
        </w:rPr>
        <w:t>kartība</w:t>
      </w:r>
      <w:r w:rsidRPr="00621A06">
        <w:rPr>
          <w:lang w:val="lv-LV"/>
        </w:rPr>
        <w:t xml:space="preserve">) </w:t>
      </w:r>
    </w:p>
    <w:p w14:paraId="5897E3E4" w14:textId="142B7A8C" w:rsidR="0047721C" w:rsidRPr="00621A06" w:rsidRDefault="00164926" w:rsidP="0047721C">
      <w:pPr>
        <w:pStyle w:val="Heading2"/>
        <w:spacing w:before="120" w:after="120"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5</w:t>
      </w:r>
      <w:r w:rsidR="0047721C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. </w:t>
      </w:r>
      <w:r w:rsidR="00DC0059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Sertifikāta </w:t>
      </w:r>
      <w:r w:rsidR="0047721C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izsniegšanas kārtība</w:t>
      </w:r>
    </w:p>
    <w:p w14:paraId="560E9A29" w14:textId="17571681" w:rsidR="0047721C" w:rsidRPr="00621A06" w:rsidRDefault="00164926" w:rsidP="0047721C">
      <w:pPr>
        <w:spacing w:after="0" w:line="360" w:lineRule="auto"/>
        <w:jc w:val="both"/>
        <w:rPr>
          <w:lang w:val="lv-LV"/>
        </w:rPr>
      </w:pPr>
      <w:r w:rsidRPr="00621A06">
        <w:rPr>
          <w:b/>
          <w:lang w:val="lv-LV"/>
        </w:rPr>
        <w:t>5</w:t>
      </w:r>
      <w:r w:rsidR="0047721C" w:rsidRPr="00621A06">
        <w:rPr>
          <w:b/>
          <w:lang w:val="lv-LV"/>
        </w:rPr>
        <w:t xml:space="preserve">.1. Izsniegšanas pamats/ saturs. </w:t>
      </w:r>
      <w:r w:rsidR="0047721C" w:rsidRPr="00621A06">
        <w:rPr>
          <w:lang w:val="lv-LV"/>
        </w:rPr>
        <w:t>Sertifikāts tiek izsniegts Dalībniekam, kas izpilda 3.4.</w:t>
      </w:r>
      <w:r w:rsidR="00DC0059" w:rsidRPr="00621A06">
        <w:rPr>
          <w:lang w:val="lv-LV"/>
        </w:rPr>
        <w:t xml:space="preserve"> un 3.5 punktā</w:t>
      </w:r>
      <w:r w:rsidR="0047721C" w:rsidRPr="00621A06">
        <w:rPr>
          <w:lang w:val="lv-LV"/>
        </w:rPr>
        <w:t xml:space="preserve"> noteikto apmeklējuma minimumu un ir identificējams.</w:t>
      </w:r>
    </w:p>
    <w:p w14:paraId="093D0C29" w14:textId="6E24B4F8" w:rsidR="0047721C" w:rsidRPr="00621A06" w:rsidRDefault="00164926" w:rsidP="0047721C">
      <w:pPr>
        <w:spacing w:after="0" w:line="360" w:lineRule="auto"/>
        <w:jc w:val="both"/>
        <w:rPr>
          <w:lang w:val="lv-LV"/>
        </w:rPr>
      </w:pPr>
      <w:r w:rsidRPr="00621A06">
        <w:rPr>
          <w:b/>
          <w:lang w:val="lv-LV"/>
        </w:rPr>
        <w:t>5</w:t>
      </w:r>
      <w:r w:rsidR="0047721C" w:rsidRPr="00621A06">
        <w:rPr>
          <w:b/>
          <w:lang w:val="lv-LV"/>
        </w:rPr>
        <w:t xml:space="preserve">.2. Termiņš. </w:t>
      </w:r>
      <w:r w:rsidR="0047721C" w:rsidRPr="00621A06">
        <w:rPr>
          <w:lang w:val="lv-LV"/>
        </w:rPr>
        <w:t>Sertifikāt</w:t>
      </w:r>
      <w:r w:rsidR="00122137" w:rsidRPr="00621A06">
        <w:rPr>
          <w:lang w:val="lv-LV"/>
        </w:rPr>
        <w:t xml:space="preserve">s tiek </w:t>
      </w:r>
      <w:r w:rsidR="0047721C" w:rsidRPr="00621A06">
        <w:rPr>
          <w:lang w:val="lv-LV"/>
        </w:rPr>
        <w:t>izsnie</w:t>
      </w:r>
      <w:r w:rsidR="00122137" w:rsidRPr="00621A06">
        <w:rPr>
          <w:lang w:val="lv-LV"/>
        </w:rPr>
        <w:t xml:space="preserve">gts </w:t>
      </w:r>
      <w:r w:rsidR="0047721C" w:rsidRPr="00621A06">
        <w:rPr>
          <w:lang w:val="lv-LV"/>
        </w:rPr>
        <w:t xml:space="preserve"> 14 (četrpadsmit) </w:t>
      </w:r>
      <w:r w:rsidR="00B4164A" w:rsidRPr="00621A06">
        <w:rPr>
          <w:lang w:val="lv-LV"/>
        </w:rPr>
        <w:t xml:space="preserve">kalendāro </w:t>
      </w:r>
      <w:r w:rsidR="0047721C" w:rsidRPr="00621A06">
        <w:rPr>
          <w:lang w:val="lv-LV"/>
        </w:rPr>
        <w:t xml:space="preserve"> dienu laikā pēc sēdes, nosūtot uz dalībnieka e‑pastu</w:t>
      </w:r>
      <w:r w:rsidR="00B4164A" w:rsidRPr="00621A06">
        <w:rPr>
          <w:lang w:val="lv-LV"/>
        </w:rPr>
        <w:t xml:space="preserve">, kas tika norādīts </w:t>
      </w:r>
      <w:r w:rsidR="00621A06" w:rsidRPr="00621A06">
        <w:rPr>
          <w:lang w:val="lv-LV"/>
        </w:rPr>
        <w:t>reģistrējoties</w:t>
      </w:r>
      <w:r w:rsidR="006F6B9C" w:rsidRPr="00621A06">
        <w:rPr>
          <w:lang w:val="lv-LV"/>
        </w:rPr>
        <w:t xml:space="preserve"> sēdei/pasākumam. </w:t>
      </w:r>
    </w:p>
    <w:p w14:paraId="5AB47922" w14:textId="113F7965" w:rsidR="0047721C" w:rsidRPr="00621A06" w:rsidRDefault="00164926" w:rsidP="0047721C">
      <w:pPr>
        <w:spacing w:line="360" w:lineRule="auto"/>
        <w:jc w:val="both"/>
        <w:rPr>
          <w:lang w:val="lv-LV"/>
        </w:rPr>
      </w:pPr>
      <w:r w:rsidRPr="00621A06">
        <w:rPr>
          <w:b/>
          <w:lang w:val="lv-LV"/>
        </w:rPr>
        <w:t>5</w:t>
      </w:r>
      <w:r w:rsidR="0047721C" w:rsidRPr="00621A06">
        <w:rPr>
          <w:b/>
          <w:lang w:val="lv-LV"/>
        </w:rPr>
        <w:t xml:space="preserve">.3. Forma. </w:t>
      </w:r>
      <w:r w:rsidR="0047721C" w:rsidRPr="00621A06">
        <w:rPr>
          <w:lang w:val="lv-LV"/>
        </w:rPr>
        <w:t xml:space="preserve">Sertifikāts tiek izsniegts elektroniski PDF. </w:t>
      </w:r>
    </w:p>
    <w:p w14:paraId="50C2B226" w14:textId="26B78E34" w:rsidR="00A7621D" w:rsidRPr="00621A06" w:rsidRDefault="00164926" w:rsidP="001C5563">
      <w:pPr>
        <w:pStyle w:val="Heading2"/>
        <w:spacing w:before="120" w:after="120"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6</w:t>
      </w:r>
      <w:r w:rsidR="00EF3DAC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.</w:t>
      </w:r>
      <w:r w:rsidR="002A1665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 Nepareizi norādīt</w:t>
      </w:r>
      <w:r w:rsidR="007D357A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o </w:t>
      </w:r>
      <w:r w:rsidR="002A1665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dat</w:t>
      </w:r>
      <w:r w:rsidR="007D357A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u </w:t>
      </w:r>
      <w:r w:rsidR="00A7621D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labošanas kārtība </w:t>
      </w:r>
    </w:p>
    <w:p w14:paraId="6623B465" w14:textId="5A5D12FD" w:rsidR="00494717" w:rsidRPr="00621A06" w:rsidRDefault="00164926" w:rsidP="006971A3">
      <w:pPr>
        <w:spacing w:after="0" w:line="360" w:lineRule="auto"/>
        <w:jc w:val="both"/>
        <w:rPr>
          <w:b/>
          <w:lang w:val="lv-LV"/>
        </w:rPr>
      </w:pPr>
      <w:r w:rsidRPr="00621A06">
        <w:rPr>
          <w:b/>
          <w:lang w:val="lv-LV"/>
        </w:rPr>
        <w:t>6</w:t>
      </w:r>
      <w:r w:rsidR="00E728E0" w:rsidRPr="00621A06">
        <w:rPr>
          <w:b/>
          <w:lang w:val="lv-LV"/>
        </w:rPr>
        <w:t xml:space="preserve">.1. Nepareizi </w:t>
      </w:r>
      <w:r w:rsidR="001356E2" w:rsidRPr="00621A06">
        <w:rPr>
          <w:b/>
          <w:lang w:val="lv-LV"/>
        </w:rPr>
        <w:t xml:space="preserve">norādīts </w:t>
      </w:r>
      <w:r w:rsidR="00E728E0" w:rsidRPr="00621A06">
        <w:rPr>
          <w:b/>
          <w:lang w:val="lv-LV"/>
        </w:rPr>
        <w:t>vārd</w:t>
      </w:r>
      <w:r w:rsidR="001356E2" w:rsidRPr="00621A06">
        <w:rPr>
          <w:b/>
          <w:lang w:val="lv-LV"/>
        </w:rPr>
        <w:t>s</w:t>
      </w:r>
      <w:r w:rsidR="00E728E0" w:rsidRPr="00621A06">
        <w:rPr>
          <w:b/>
          <w:lang w:val="lv-LV"/>
        </w:rPr>
        <w:t>/uzvārd</w:t>
      </w:r>
      <w:r w:rsidR="001356E2" w:rsidRPr="00621A06">
        <w:rPr>
          <w:b/>
          <w:lang w:val="lv-LV"/>
        </w:rPr>
        <w:t>s</w:t>
      </w:r>
      <w:r w:rsidR="007F758E" w:rsidRPr="00621A06">
        <w:rPr>
          <w:b/>
          <w:lang w:val="lv-LV"/>
        </w:rPr>
        <w:t xml:space="preserve">. </w:t>
      </w:r>
    </w:p>
    <w:p w14:paraId="2E78AD20" w14:textId="4B20CF5D" w:rsidR="0072394D" w:rsidRPr="00621A06" w:rsidRDefault="00164926" w:rsidP="006971A3">
      <w:pPr>
        <w:spacing w:after="0" w:line="360" w:lineRule="auto"/>
        <w:jc w:val="both"/>
        <w:rPr>
          <w:lang w:val="lv-LV"/>
        </w:rPr>
      </w:pPr>
      <w:r w:rsidRPr="00621A06">
        <w:rPr>
          <w:b/>
          <w:lang w:val="lv-LV"/>
        </w:rPr>
        <w:t>6</w:t>
      </w:r>
      <w:r w:rsidR="00494717" w:rsidRPr="00621A06">
        <w:rPr>
          <w:b/>
          <w:lang w:val="lv-LV"/>
        </w:rPr>
        <w:t>.1.1</w:t>
      </w:r>
      <w:r w:rsidR="007F758E" w:rsidRPr="00621A06">
        <w:rPr>
          <w:b/>
          <w:lang w:val="lv-LV"/>
        </w:rPr>
        <w:t xml:space="preserve"> </w:t>
      </w:r>
      <w:r w:rsidR="00E728E0" w:rsidRPr="00621A06">
        <w:rPr>
          <w:lang w:val="lv-LV"/>
        </w:rPr>
        <w:t>Ja</w:t>
      </w:r>
      <w:r w:rsidR="007F758E" w:rsidRPr="00621A06">
        <w:rPr>
          <w:lang w:val="lv-LV"/>
        </w:rPr>
        <w:t xml:space="preserve"> </w:t>
      </w:r>
      <w:r w:rsidR="00570A58" w:rsidRPr="00621A06">
        <w:rPr>
          <w:lang w:val="lv-LV"/>
        </w:rPr>
        <w:t>D</w:t>
      </w:r>
      <w:r w:rsidR="00E728E0" w:rsidRPr="00621A06">
        <w:rPr>
          <w:lang w:val="lv-LV"/>
        </w:rPr>
        <w:t>alībnieks reģistr</w:t>
      </w:r>
      <w:r w:rsidR="00262BA6" w:rsidRPr="00621A06">
        <w:rPr>
          <w:lang w:val="lv-LV"/>
        </w:rPr>
        <w:t xml:space="preserve">ējoties </w:t>
      </w:r>
      <w:r w:rsidR="00E728E0" w:rsidRPr="00621A06">
        <w:rPr>
          <w:lang w:val="lv-LV"/>
        </w:rPr>
        <w:t>vai pieslē</w:t>
      </w:r>
      <w:r w:rsidR="00C301F0" w:rsidRPr="00621A06">
        <w:rPr>
          <w:lang w:val="lv-LV"/>
        </w:rPr>
        <w:t>dzoties</w:t>
      </w:r>
      <w:r w:rsidR="007F758E" w:rsidRPr="00621A06">
        <w:rPr>
          <w:lang w:val="lv-LV"/>
        </w:rPr>
        <w:t xml:space="preserve"> </w:t>
      </w:r>
      <w:r w:rsidR="007E1B75" w:rsidRPr="00621A06">
        <w:rPr>
          <w:lang w:val="lv-LV"/>
        </w:rPr>
        <w:t>sēdei/pa</w:t>
      </w:r>
      <w:r w:rsidR="007F758E" w:rsidRPr="00621A06">
        <w:rPr>
          <w:lang w:val="lv-LV"/>
        </w:rPr>
        <w:t>sāk</w:t>
      </w:r>
      <w:r w:rsidR="007E1B75" w:rsidRPr="00621A06">
        <w:rPr>
          <w:lang w:val="lv-LV"/>
        </w:rPr>
        <w:t>umam ir</w:t>
      </w:r>
      <w:r w:rsidR="00E728E0" w:rsidRPr="00621A06">
        <w:rPr>
          <w:lang w:val="lv-LV"/>
        </w:rPr>
        <w:t xml:space="preserve"> norād</w:t>
      </w:r>
      <w:r w:rsidR="00125B51" w:rsidRPr="00621A06">
        <w:rPr>
          <w:lang w:val="lv-LV"/>
        </w:rPr>
        <w:t xml:space="preserve">ījis </w:t>
      </w:r>
      <w:r w:rsidR="00E728E0" w:rsidRPr="00621A06">
        <w:rPr>
          <w:lang w:val="lv-LV"/>
        </w:rPr>
        <w:t>nepareizu vārd</w:t>
      </w:r>
      <w:r w:rsidR="00570A58" w:rsidRPr="00621A06">
        <w:rPr>
          <w:lang w:val="lv-LV"/>
        </w:rPr>
        <w:t>u</w:t>
      </w:r>
      <w:r w:rsidR="00353792" w:rsidRPr="00621A06">
        <w:rPr>
          <w:lang w:val="lv-LV"/>
        </w:rPr>
        <w:t>/</w:t>
      </w:r>
      <w:r w:rsidR="00E728E0" w:rsidRPr="00621A06">
        <w:rPr>
          <w:lang w:val="lv-LV"/>
        </w:rPr>
        <w:t>uzvārd</w:t>
      </w:r>
      <w:r w:rsidR="00570A58" w:rsidRPr="00621A06">
        <w:rPr>
          <w:lang w:val="lv-LV"/>
        </w:rPr>
        <w:t>u</w:t>
      </w:r>
      <w:r w:rsidR="002C6317" w:rsidRPr="00621A06">
        <w:rPr>
          <w:lang w:val="lv-LV"/>
        </w:rPr>
        <w:t xml:space="preserve"> </w:t>
      </w:r>
      <w:r w:rsidR="007E1B75" w:rsidRPr="00621A06">
        <w:rPr>
          <w:lang w:val="lv-LV"/>
        </w:rPr>
        <w:t xml:space="preserve">- </w:t>
      </w:r>
      <w:r w:rsidR="00E728E0" w:rsidRPr="00621A06">
        <w:rPr>
          <w:lang w:val="lv-LV"/>
        </w:rPr>
        <w:t>datu labošan</w:t>
      </w:r>
      <w:r w:rsidR="005A1F2A" w:rsidRPr="00621A06">
        <w:rPr>
          <w:lang w:val="lv-LV"/>
        </w:rPr>
        <w:t>ai</w:t>
      </w:r>
      <w:r w:rsidR="00E728E0" w:rsidRPr="00621A06">
        <w:rPr>
          <w:lang w:val="lv-LV"/>
        </w:rPr>
        <w:t xml:space="preserve"> </w:t>
      </w:r>
      <w:r w:rsidR="00392E0E" w:rsidRPr="00621A06">
        <w:rPr>
          <w:lang w:val="lv-LV"/>
        </w:rPr>
        <w:t>D</w:t>
      </w:r>
      <w:r w:rsidR="00E728E0" w:rsidRPr="00621A06">
        <w:rPr>
          <w:lang w:val="lv-LV"/>
        </w:rPr>
        <w:t>alībnieks nosūt</w:t>
      </w:r>
      <w:r w:rsidR="00A9203A" w:rsidRPr="00621A06">
        <w:rPr>
          <w:lang w:val="lv-LV"/>
        </w:rPr>
        <w:t xml:space="preserve">a </w:t>
      </w:r>
      <w:r w:rsidR="00E728E0" w:rsidRPr="00621A06">
        <w:rPr>
          <w:lang w:val="lv-LV"/>
        </w:rPr>
        <w:t xml:space="preserve">iesniegumu </w:t>
      </w:r>
      <w:r w:rsidR="00D21D58" w:rsidRPr="00621A06">
        <w:rPr>
          <w:lang w:val="lv-LV"/>
        </w:rPr>
        <w:t xml:space="preserve">uz </w:t>
      </w:r>
      <w:r w:rsidR="00E728E0" w:rsidRPr="00621A06">
        <w:rPr>
          <w:lang w:val="lv-LV"/>
        </w:rPr>
        <w:t>Asociācijas e‑past</w:t>
      </w:r>
      <w:r w:rsidR="00D21D58" w:rsidRPr="00621A06">
        <w:rPr>
          <w:lang w:val="lv-LV"/>
        </w:rPr>
        <w:t>u</w:t>
      </w:r>
      <w:r w:rsidR="00E728E0" w:rsidRPr="00621A06">
        <w:rPr>
          <w:lang w:val="lv-LV"/>
        </w:rPr>
        <w:t xml:space="preserve"> (info@la</w:t>
      </w:r>
      <w:r w:rsidR="002A1665" w:rsidRPr="00621A06">
        <w:rPr>
          <w:lang w:val="lv-LV"/>
        </w:rPr>
        <w:t>tlabasoc</w:t>
      </w:r>
      <w:r w:rsidR="00E728E0" w:rsidRPr="00621A06">
        <w:rPr>
          <w:lang w:val="lv-LV"/>
        </w:rPr>
        <w:t xml:space="preserve">.lv), </w:t>
      </w:r>
      <w:r w:rsidR="00DA6744" w:rsidRPr="00621A06">
        <w:rPr>
          <w:lang w:val="lv-LV"/>
        </w:rPr>
        <w:t>korekti  norād</w:t>
      </w:r>
      <w:r w:rsidR="00363C9C" w:rsidRPr="00621A06">
        <w:rPr>
          <w:lang w:val="lv-LV"/>
        </w:rPr>
        <w:t xml:space="preserve">ot </w:t>
      </w:r>
      <w:r w:rsidR="00E27FF3" w:rsidRPr="00621A06">
        <w:rPr>
          <w:lang w:val="lv-LV"/>
        </w:rPr>
        <w:t xml:space="preserve"> kļūdu </w:t>
      </w:r>
      <w:r w:rsidR="0022448F" w:rsidRPr="00621A06">
        <w:rPr>
          <w:lang w:val="lv-LV"/>
        </w:rPr>
        <w:t xml:space="preserve">un korekti norāda pareizo informāciju </w:t>
      </w:r>
      <w:r w:rsidR="005152B6" w:rsidRPr="00621A06">
        <w:rPr>
          <w:lang w:val="lv-LV"/>
        </w:rPr>
        <w:t xml:space="preserve">. </w:t>
      </w:r>
      <w:r w:rsidR="00C301F0" w:rsidRPr="00621A06">
        <w:rPr>
          <w:lang w:val="lv-LV"/>
        </w:rPr>
        <w:t>(</w:t>
      </w:r>
      <w:r w:rsidR="005152B6" w:rsidRPr="00621A06">
        <w:rPr>
          <w:lang w:val="lv-LV"/>
        </w:rPr>
        <w:t>skat</w:t>
      </w:r>
      <w:r w:rsidR="0062179D" w:rsidRPr="00621A06">
        <w:rPr>
          <w:lang w:val="lv-LV"/>
        </w:rPr>
        <w:t xml:space="preserve">. </w:t>
      </w:r>
      <w:r w:rsidR="005152B6" w:rsidRPr="00621A06">
        <w:rPr>
          <w:lang w:val="lv-LV"/>
        </w:rPr>
        <w:t xml:space="preserve"> Pielikums Nr.</w:t>
      </w:r>
      <w:r w:rsidR="00C301F0" w:rsidRPr="00621A06">
        <w:rPr>
          <w:lang w:val="lv-LV"/>
        </w:rPr>
        <w:t>1</w:t>
      </w:r>
      <w:r w:rsidR="0022448F" w:rsidRPr="00621A06">
        <w:rPr>
          <w:lang w:val="lv-LV"/>
        </w:rPr>
        <w:t>)</w:t>
      </w:r>
      <w:r w:rsidR="00DA6744" w:rsidRPr="00621A06">
        <w:rPr>
          <w:lang w:val="lv-LV"/>
        </w:rPr>
        <w:t xml:space="preserve"> </w:t>
      </w:r>
    </w:p>
    <w:p w14:paraId="6CDD9C22" w14:textId="018109C7" w:rsidR="006971A3" w:rsidRPr="00621A06" w:rsidRDefault="00164926" w:rsidP="006971A3">
      <w:pPr>
        <w:spacing w:after="0" w:line="360" w:lineRule="auto"/>
        <w:jc w:val="both"/>
        <w:rPr>
          <w:b/>
          <w:bCs/>
          <w:lang w:val="lv-LV"/>
        </w:rPr>
      </w:pPr>
      <w:r w:rsidRPr="00621A06">
        <w:rPr>
          <w:b/>
          <w:bCs/>
          <w:lang w:val="lv-LV"/>
        </w:rPr>
        <w:t>6.</w:t>
      </w:r>
      <w:r w:rsidR="00494717" w:rsidRPr="00621A06">
        <w:rPr>
          <w:b/>
          <w:bCs/>
          <w:lang w:val="lv-LV"/>
        </w:rPr>
        <w:t>1.2</w:t>
      </w:r>
      <w:r w:rsidR="0072394D" w:rsidRPr="00621A06">
        <w:rPr>
          <w:lang w:val="lv-LV"/>
        </w:rPr>
        <w:t>.</w:t>
      </w:r>
      <w:r w:rsidR="00890AE4" w:rsidRPr="00621A06">
        <w:rPr>
          <w:lang w:val="lv-LV"/>
        </w:rPr>
        <w:t xml:space="preserve">Ja Dalībnieks ir </w:t>
      </w:r>
      <w:r w:rsidR="0072394D" w:rsidRPr="00621A06">
        <w:rPr>
          <w:lang w:val="lv-LV"/>
        </w:rPr>
        <w:t>saņ</w:t>
      </w:r>
      <w:r w:rsidR="0014480B" w:rsidRPr="00621A06">
        <w:rPr>
          <w:lang w:val="lv-LV"/>
        </w:rPr>
        <w:t>ēmis</w:t>
      </w:r>
      <w:r w:rsidR="00140229" w:rsidRPr="00621A06">
        <w:rPr>
          <w:lang w:val="lv-LV"/>
        </w:rPr>
        <w:t xml:space="preserve"> izsniegto </w:t>
      </w:r>
      <w:r w:rsidR="00B926FF" w:rsidRPr="00621A06">
        <w:rPr>
          <w:lang w:val="lv-LV"/>
        </w:rPr>
        <w:t>S</w:t>
      </w:r>
      <w:r w:rsidR="0014480B" w:rsidRPr="00621A06">
        <w:rPr>
          <w:lang w:val="lv-LV"/>
        </w:rPr>
        <w:t xml:space="preserve">ertifikātu ar </w:t>
      </w:r>
      <w:r w:rsidR="00621A06" w:rsidRPr="00621A06">
        <w:rPr>
          <w:lang w:val="lv-LV"/>
        </w:rPr>
        <w:t>nepareiziem</w:t>
      </w:r>
      <w:r w:rsidR="0014480B" w:rsidRPr="00621A06">
        <w:rPr>
          <w:lang w:val="lv-LV"/>
        </w:rPr>
        <w:t xml:space="preserve"> datiem</w:t>
      </w:r>
      <w:r w:rsidR="00FB0961" w:rsidRPr="00621A06">
        <w:rPr>
          <w:lang w:val="lv-LV"/>
        </w:rPr>
        <w:t xml:space="preserve">, </w:t>
      </w:r>
      <w:r w:rsidR="000F66E0" w:rsidRPr="00621A06">
        <w:rPr>
          <w:lang w:val="lv-LV"/>
        </w:rPr>
        <w:t xml:space="preserve">datu labošanai Dalībnieks </w:t>
      </w:r>
      <w:r w:rsidR="006971A3" w:rsidRPr="00621A06">
        <w:rPr>
          <w:lang w:val="lv-LV"/>
        </w:rPr>
        <w:t>7 (septiņu) kalendāro dienu laikā pēc sertifikāta saņemšanas</w:t>
      </w:r>
      <w:r w:rsidR="00FB0961" w:rsidRPr="00621A06">
        <w:rPr>
          <w:lang w:val="lv-LV"/>
        </w:rPr>
        <w:t xml:space="preserve"> </w:t>
      </w:r>
      <w:r w:rsidR="0013550E" w:rsidRPr="00621A06">
        <w:rPr>
          <w:lang w:val="lv-LV"/>
        </w:rPr>
        <w:t xml:space="preserve"> nosūta uz Asociācijas e-pastu </w:t>
      </w:r>
      <w:r w:rsidR="00B926FF" w:rsidRPr="00621A06">
        <w:rPr>
          <w:lang w:val="lv-LV"/>
        </w:rPr>
        <w:t xml:space="preserve"> (info@latlabasoc.lv)</w:t>
      </w:r>
      <w:r w:rsidR="0013550E" w:rsidRPr="00621A06">
        <w:rPr>
          <w:lang w:val="lv-LV"/>
        </w:rPr>
        <w:t xml:space="preserve"> </w:t>
      </w:r>
      <w:r w:rsidR="00B926FF" w:rsidRPr="00621A06">
        <w:rPr>
          <w:lang w:val="lv-LV"/>
        </w:rPr>
        <w:t>iesniegumu</w:t>
      </w:r>
      <w:r w:rsidR="0062179D" w:rsidRPr="00621A06">
        <w:rPr>
          <w:lang w:val="lv-LV"/>
        </w:rPr>
        <w:t xml:space="preserve"> (skat. Pielikums Nr.1). </w:t>
      </w:r>
    </w:p>
    <w:p w14:paraId="396EC809" w14:textId="1540BE0B" w:rsidR="0027255C" w:rsidRPr="00621A06" w:rsidRDefault="00164926" w:rsidP="006D7165">
      <w:pPr>
        <w:spacing w:after="0" w:line="360" w:lineRule="auto"/>
        <w:jc w:val="both"/>
        <w:rPr>
          <w:lang w:val="lv-LV"/>
        </w:rPr>
      </w:pPr>
      <w:r w:rsidRPr="00621A06">
        <w:rPr>
          <w:b/>
          <w:lang w:val="lv-LV"/>
        </w:rPr>
        <w:t>6</w:t>
      </w:r>
      <w:r w:rsidR="0027255C" w:rsidRPr="00621A06">
        <w:rPr>
          <w:b/>
          <w:lang w:val="lv-LV"/>
        </w:rPr>
        <w:t xml:space="preserve">.3. Termiņš. </w:t>
      </w:r>
      <w:r w:rsidR="0027255C" w:rsidRPr="00621A06">
        <w:rPr>
          <w:lang w:val="lv-LV"/>
        </w:rPr>
        <w:t xml:space="preserve">Asociācija </w:t>
      </w:r>
      <w:r w:rsidR="00481884" w:rsidRPr="00621A06">
        <w:rPr>
          <w:lang w:val="lv-LV"/>
        </w:rPr>
        <w:t xml:space="preserve">veic </w:t>
      </w:r>
      <w:r w:rsidR="00D7303D" w:rsidRPr="00621A06">
        <w:rPr>
          <w:lang w:val="lv-LV"/>
        </w:rPr>
        <w:t xml:space="preserve">nepareizi izsniegtā </w:t>
      </w:r>
      <w:r w:rsidR="006C7F64" w:rsidRPr="00621A06">
        <w:rPr>
          <w:lang w:val="lv-LV"/>
        </w:rPr>
        <w:t>Sertifikāt</w:t>
      </w:r>
      <w:r w:rsidR="00481884" w:rsidRPr="00621A06">
        <w:rPr>
          <w:lang w:val="lv-LV"/>
        </w:rPr>
        <w:t xml:space="preserve">a labojumu </w:t>
      </w:r>
      <w:r w:rsidR="00886ACD" w:rsidRPr="00621A06">
        <w:rPr>
          <w:lang w:val="lv-LV"/>
        </w:rPr>
        <w:t xml:space="preserve">mēneša laikā no </w:t>
      </w:r>
      <w:r w:rsidR="00A0184A" w:rsidRPr="00621A06">
        <w:rPr>
          <w:lang w:val="lv-LV"/>
        </w:rPr>
        <w:t>iesnieguma</w:t>
      </w:r>
      <w:r w:rsidR="00DC4863" w:rsidRPr="00621A06">
        <w:rPr>
          <w:lang w:val="lv-LV"/>
        </w:rPr>
        <w:t xml:space="preserve"> (skatīt Pielikums Nr.1)</w:t>
      </w:r>
      <w:r w:rsidR="00A0184A" w:rsidRPr="00621A06">
        <w:rPr>
          <w:lang w:val="lv-LV"/>
        </w:rPr>
        <w:t xml:space="preserve"> </w:t>
      </w:r>
      <w:r w:rsidR="00621A06" w:rsidRPr="00621A06">
        <w:rPr>
          <w:lang w:val="lv-LV"/>
        </w:rPr>
        <w:t>saņemšanas</w:t>
      </w:r>
      <w:r w:rsidR="00A0184A" w:rsidRPr="00621A06">
        <w:rPr>
          <w:lang w:val="lv-LV"/>
        </w:rPr>
        <w:t xml:space="preserve"> brīža</w:t>
      </w:r>
      <w:r w:rsidR="00A74022" w:rsidRPr="00621A06">
        <w:rPr>
          <w:lang w:val="lv-LV"/>
        </w:rPr>
        <w:t xml:space="preserve">. </w:t>
      </w:r>
    </w:p>
    <w:p w14:paraId="34176EAD" w14:textId="010E74CF" w:rsidR="00494717" w:rsidRPr="00621A06" w:rsidRDefault="00164926" w:rsidP="006D7165">
      <w:pPr>
        <w:spacing w:after="0" w:line="360" w:lineRule="auto"/>
        <w:jc w:val="both"/>
        <w:rPr>
          <w:b/>
          <w:lang w:val="lv-LV"/>
        </w:rPr>
      </w:pPr>
      <w:r w:rsidRPr="00621A06">
        <w:rPr>
          <w:b/>
          <w:lang w:val="lv-LV"/>
        </w:rPr>
        <w:t>6</w:t>
      </w:r>
      <w:r w:rsidR="00E728E0" w:rsidRPr="00621A06">
        <w:rPr>
          <w:b/>
          <w:lang w:val="lv-LV"/>
        </w:rPr>
        <w:t>.</w:t>
      </w:r>
      <w:r w:rsidR="00E76C0F" w:rsidRPr="00621A06">
        <w:rPr>
          <w:b/>
          <w:lang w:val="lv-LV"/>
        </w:rPr>
        <w:t>4</w:t>
      </w:r>
      <w:r w:rsidR="00E728E0" w:rsidRPr="00621A06">
        <w:rPr>
          <w:b/>
          <w:lang w:val="lv-LV"/>
        </w:rPr>
        <w:t xml:space="preserve">. Maksa par </w:t>
      </w:r>
      <w:r w:rsidR="007A69FD" w:rsidRPr="00621A06">
        <w:rPr>
          <w:b/>
          <w:lang w:val="lv-LV"/>
        </w:rPr>
        <w:t xml:space="preserve">labojumiem </w:t>
      </w:r>
      <w:r w:rsidR="00EF547E" w:rsidRPr="00621A06">
        <w:rPr>
          <w:b/>
          <w:lang w:val="lv-LV"/>
        </w:rPr>
        <w:t>(Sertifikāts)</w:t>
      </w:r>
    </w:p>
    <w:p w14:paraId="711715C9" w14:textId="76E21D7D" w:rsidR="008D2BA1" w:rsidRPr="00621A06" w:rsidRDefault="00E728E0" w:rsidP="002519E3">
      <w:pPr>
        <w:spacing w:after="0" w:line="360" w:lineRule="auto"/>
        <w:jc w:val="both"/>
        <w:rPr>
          <w:lang w:val="lv-LV"/>
        </w:rPr>
      </w:pPr>
      <w:r w:rsidRPr="00621A06">
        <w:rPr>
          <w:lang w:val="lv-LV"/>
        </w:rPr>
        <w:t xml:space="preserve">Ja kļūda radusies </w:t>
      </w:r>
      <w:r w:rsidR="0027255C" w:rsidRPr="00621A06">
        <w:rPr>
          <w:lang w:val="lv-LV"/>
        </w:rPr>
        <w:t>D</w:t>
      </w:r>
      <w:r w:rsidRPr="00621A06">
        <w:rPr>
          <w:lang w:val="lv-LV"/>
        </w:rPr>
        <w:t xml:space="preserve">alībnieka </w:t>
      </w:r>
      <w:r w:rsidR="00B469A3" w:rsidRPr="00621A06">
        <w:rPr>
          <w:lang w:val="lv-LV"/>
        </w:rPr>
        <w:t>vainas</w:t>
      </w:r>
      <w:r w:rsidRPr="00621A06">
        <w:rPr>
          <w:lang w:val="lv-LV"/>
        </w:rPr>
        <w:t xml:space="preserve"> dēļ,</w:t>
      </w:r>
      <w:r w:rsidR="00241D77" w:rsidRPr="00621A06">
        <w:rPr>
          <w:lang w:val="lv-LV"/>
        </w:rPr>
        <w:t xml:space="preserve"> norādot nepareizus </w:t>
      </w:r>
      <w:r w:rsidR="008D68BF" w:rsidRPr="00621A06">
        <w:rPr>
          <w:lang w:val="lv-LV"/>
        </w:rPr>
        <w:t>datus</w:t>
      </w:r>
      <w:r w:rsidR="009C758F" w:rsidRPr="00621A06">
        <w:rPr>
          <w:lang w:val="lv-LV"/>
        </w:rPr>
        <w:t xml:space="preserve"> (skat</w:t>
      </w:r>
      <w:r w:rsidR="00A22B3F" w:rsidRPr="00621A06">
        <w:rPr>
          <w:lang w:val="lv-LV"/>
        </w:rPr>
        <w:t>.</w:t>
      </w:r>
      <w:r w:rsidR="009C758F" w:rsidRPr="00621A06">
        <w:rPr>
          <w:lang w:val="lv-LV"/>
        </w:rPr>
        <w:t xml:space="preserve"> </w:t>
      </w:r>
      <w:r w:rsidR="00A22B3F" w:rsidRPr="00621A06">
        <w:rPr>
          <w:lang w:val="lv-LV"/>
        </w:rPr>
        <w:t>3.1</w:t>
      </w:r>
      <w:r w:rsidR="006341EB" w:rsidRPr="00621A06">
        <w:rPr>
          <w:lang w:val="lv-LV"/>
        </w:rPr>
        <w:t xml:space="preserve">. </w:t>
      </w:r>
      <w:r w:rsidR="00A22B3F" w:rsidRPr="00621A06">
        <w:rPr>
          <w:lang w:val="lv-LV"/>
        </w:rPr>
        <w:t>nodaļu</w:t>
      </w:r>
      <w:r w:rsidR="009C758F" w:rsidRPr="00621A06">
        <w:rPr>
          <w:lang w:val="lv-LV"/>
        </w:rPr>
        <w:t>),</w:t>
      </w:r>
      <w:r w:rsidRPr="00621A06">
        <w:rPr>
          <w:lang w:val="lv-LV"/>
        </w:rPr>
        <w:t xml:space="preserve"> par labojumu tiek piemērota maksa </w:t>
      </w:r>
      <w:r w:rsidR="004857EB" w:rsidRPr="00621A06">
        <w:rPr>
          <w:lang w:val="lv-LV"/>
        </w:rPr>
        <w:t>Asociācijas Valdes noteiktajā</w:t>
      </w:r>
      <w:r w:rsidR="00F34570">
        <w:rPr>
          <w:lang w:val="lv-LV"/>
        </w:rPr>
        <w:t xml:space="preserve"> </w:t>
      </w:r>
      <w:r w:rsidR="008D68BF" w:rsidRPr="00621A06">
        <w:rPr>
          <w:lang w:val="lv-LV"/>
        </w:rPr>
        <w:t>apmērā</w:t>
      </w:r>
      <w:r w:rsidR="00BF0D35" w:rsidRPr="00621A06">
        <w:rPr>
          <w:lang w:val="lv-LV"/>
        </w:rPr>
        <w:t xml:space="preserve"> </w:t>
      </w:r>
      <w:r w:rsidR="008D68BF" w:rsidRPr="00621A06">
        <w:rPr>
          <w:lang w:val="lv-LV"/>
        </w:rPr>
        <w:t>5(piecu)</w:t>
      </w:r>
      <w:r w:rsidRPr="00621A06">
        <w:rPr>
          <w:lang w:val="lv-LV"/>
        </w:rPr>
        <w:t xml:space="preserve">EUR apmērā. </w:t>
      </w:r>
      <w:r w:rsidR="00CF25A2" w:rsidRPr="00621A06">
        <w:rPr>
          <w:lang w:val="lv-LV"/>
        </w:rPr>
        <w:t xml:space="preserve">Ja kļūda radusies Asociācijas </w:t>
      </w:r>
      <w:r w:rsidR="00E76C0F" w:rsidRPr="00621A06">
        <w:rPr>
          <w:lang w:val="lv-LV"/>
        </w:rPr>
        <w:t>valdes vainas</w:t>
      </w:r>
      <w:r w:rsidR="00CF25A2" w:rsidRPr="00621A06">
        <w:rPr>
          <w:lang w:val="lv-LV"/>
        </w:rPr>
        <w:t xml:space="preserve"> dēļ, labošana ir bez maksas</w:t>
      </w:r>
      <w:r w:rsidR="00875C7E">
        <w:rPr>
          <w:lang w:val="lv-LV"/>
        </w:rPr>
        <w:t>.</w:t>
      </w:r>
    </w:p>
    <w:p w14:paraId="5DA182FE" w14:textId="00CC07C1" w:rsidR="008D2BA1" w:rsidRPr="00621A06" w:rsidRDefault="00164926" w:rsidP="002519E3">
      <w:pPr>
        <w:pStyle w:val="Heading2"/>
        <w:spacing w:before="120" w:after="120"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lastRenderedPageBreak/>
        <w:t>7</w:t>
      </w:r>
      <w:r w:rsidR="007A420F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. Tehniskās problēmas un maksas atgriešana</w:t>
      </w:r>
    </w:p>
    <w:p w14:paraId="2033AE85" w14:textId="78434ACF" w:rsidR="00F6520D" w:rsidRPr="00621A06" w:rsidRDefault="00164926" w:rsidP="001432C2">
      <w:pPr>
        <w:spacing w:after="0" w:line="360" w:lineRule="auto"/>
        <w:jc w:val="both"/>
        <w:rPr>
          <w:lang w:val="lv-LV"/>
        </w:rPr>
      </w:pPr>
      <w:r w:rsidRPr="00621A06">
        <w:rPr>
          <w:b/>
          <w:lang w:val="lv-LV"/>
        </w:rPr>
        <w:t>7</w:t>
      </w:r>
      <w:r w:rsidR="00E728E0" w:rsidRPr="00621A06">
        <w:rPr>
          <w:b/>
          <w:lang w:val="lv-LV"/>
        </w:rPr>
        <w:t xml:space="preserve">.1. Ziņošanas kārtība. </w:t>
      </w:r>
      <w:r w:rsidR="00E728E0" w:rsidRPr="00621A06">
        <w:rPr>
          <w:lang w:val="lv-LV"/>
        </w:rPr>
        <w:t>Ja dalībniekam sēdes</w:t>
      </w:r>
      <w:r w:rsidR="0088752B" w:rsidRPr="00621A06">
        <w:rPr>
          <w:lang w:val="lv-LV"/>
        </w:rPr>
        <w:t>/pasākuma</w:t>
      </w:r>
      <w:r w:rsidR="00E728E0" w:rsidRPr="00621A06">
        <w:rPr>
          <w:lang w:val="lv-LV"/>
        </w:rPr>
        <w:t xml:space="preserve"> laikā rodas tehniskas problēmas, dalībnieks nekavējoties</w:t>
      </w:r>
      <w:r w:rsidR="00856740" w:rsidRPr="00621A06">
        <w:rPr>
          <w:lang w:val="lv-LV"/>
        </w:rPr>
        <w:t xml:space="preserve"> sniedz informāciju </w:t>
      </w:r>
      <w:r w:rsidR="00B9683C" w:rsidRPr="00621A06">
        <w:rPr>
          <w:lang w:val="lv-LV"/>
        </w:rPr>
        <w:t>par iemeslu uz tālruņa Nr</w:t>
      </w:r>
      <w:r w:rsidR="00174091" w:rsidRPr="00621A06">
        <w:rPr>
          <w:lang w:val="lv-LV"/>
        </w:rPr>
        <w:t xml:space="preserve">. _________ vai nosūta e-pastu </w:t>
      </w:r>
      <w:r w:rsidR="00ED44DC" w:rsidRPr="00621A06">
        <w:rPr>
          <w:lang w:val="lv-LV"/>
        </w:rPr>
        <w:t xml:space="preserve">uz </w:t>
      </w:r>
      <w:r w:rsidR="007A420F" w:rsidRPr="00621A06">
        <w:rPr>
          <w:lang w:val="lv-LV"/>
        </w:rPr>
        <w:t>info@latlabasoc.</w:t>
      </w:r>
      <w:r w:rsidR="00E728E0" w:rsidRPr="00621A06">
        <w:rPr>
          <w:lang w:val="lv-LV"/>
        </w:rPr>
        <w:t>lv</w:t>
      </w:r>
    </w:p>
    <w:p w14:paraId="73F2A034" w14:textId="2DB7373E" w:rsidR="00F6520D" w:rsidRPr="00621A06" w:rsidRDefault="00164926" w:rsidP="00E81132">
      <w:pPr>
        <w:pStyle w:val="Heading2"/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8</w:t>
      </w:r>
      <w:r w:rsidR="00A1594E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. Kontroles jautājumi</w:t>
      </w:r>
    </w:p>
    <w:p w14:paraId="3DF8D810" w14:textId="6A3CD3B0" w:rsidR="00F6520D" w:rsidRPr="00621A06" w:rsidRDefault="00164926" w:rsidP="00743D1B">
      <w:pPr>
        <w:spacing w:after="0" w:line="360" w:lineRule="auto"/>
        <w:jc w:val="both"/>
        <w:rPr>
          <w:rFonts w:cs="Times New Roman"/>
          <w:bCs/>
          <w:lang w:val="lv-LV"/>
        </w:rPr>
      </w:pPr>
      <w:r w:rsidRPr="00621A06">
        <w:rPr>
          <w:rFonts w:cs="Times New Roman"/>
          <w:b/>
          <w:lang w:val="lv-LV"/>
        </w:rPr>
        <w:t>8</w:t>
      </w:r>
      <w:r w:rsidR="00E728E0" w:rsidRPr="00621A06">
        <w:rPr>
          <w:rFonts w:cs="Times New Roman"/>
          <w:b/>
          <w:lang w:val="lv-LV"/>
        </w:rPr>
        <w:t xml:space="preserve">.1. </w:t>
      </w:r>
      <w:r w:rsidR="00E728E0" w:rsidRPr="00621A06">
        <w:rPr>
          <w:rFonts w:cs="Times New Roman"/>
          <w:bCs/>
          <w:lang w:val="lv-LV"/>
        </w:rPr>
        <w:t>Pēc sēdes</w:t>
      </w:r>
      <w:r w:rsidR="0029423A" w:rsidRPr="00621A06">
        <w:rPr>
          <w:rFonts w:cs="Times New Roman"/>
          <w:bCs/>
          <w:lang w:val="lv-LV"/>
        </w:rPr>
        <w:t xml:space="preserve">/pasākuma </w:t>
      </w:r>
      <w:r w:rsidR="00E728E0" w:rsidRPr="00621A06">
        <w:rPr>
          <w:rFonts w:cs="Times New Roman"/>
          <w:bCs/>
          <w:lang w:val="lv-LV"/>
        </w:rPr>
        <w:t xml:space="preserve"> </w:t>
      </w:r>
      <w:r w:rsidR="0029423A" w:rsidRPr="00621A06">
        <w:rPr>
          <w:rFonts w:cs="Times New Roman"/>
          <w:bCs/>
          <w:lang w:val="lv-LV"/>
        </w:rPr>
        <w:t>D</w:t>
      </w:r>
      <w:r w:rsidR="00E728E0" w:rsidRPr="00621A06">
        <w:rPr>
          <w:rFonts w:cs="Times New Roman"/>
          <w:bCs/>
          <w:lang w:val="lv-LV"/>
        </w:rPr>
        <w:t>alībniekam var tikt nosūtīti līdz 5 (pieciem) īsi</w:t>
      </w:r>
      <w:r w:rsidR="00B34CFD" w:rsidRPr="00621A06">
        <w:rPr>
          <w:rFonts w:cs="Times New Roman"/>
          <w:bCs/>
          <w:lang w:val="lv-LV"/>
        </w:rPr>
        <w:t>em</w:t>
      </w:r>
      <w:r w:rsidR="00E728E0" w:rsidRPr="00621A06">
        <w:rPr>
          <w:rFonts w:cs="Times New Roman"/>
          <w:bCs/>
          <w:lang w:val="lv-LV"/>
        </w:rPr>
        <w:t xml:space="preserve"> kontroles jautājumi</w:t>
      </w:r>
      <w:r w:rsidR="00B34CFD" w:rsidRPr="00621A06">
        <w:rPr>
          <w:rFonts w:cs="Times New Roman"/>
          <w:bCs/>
          <w:lang w:val="lv-LV"/>
        </w:rPr>
        <w:t>em</w:t>
      </w:r>
      <w:r w:rsidR="00E728E0" w:rsidRPr="00621A06">
        <w:rPr>
          <w:rFonts w:cs="Times New Roman"/>
          <w:bCs/>
          <w:lang w:val="lv-LV"/>
        </w:rPr>
        <w:t xml:space="preserve"> par sēdes</w:t>
      </w:r>
      <w:r w:rsidR="0029423A" w:rsidRPr="00621A06">
        <w:rPr>
          <w:rFonts w:cs="Times New Roman"/>
          <w:bCs/>
          <w:lang w:val="lv-LV"/>
        </w:rPr>
        <w:t xml:space="preserve">/pasākuma </w:t>
      </w:r>
      <w:r w:rsidR="00E728E0" w:rsidRPr="00621A06">
        <w:rPr>
          <w:rFonts w:cs="Times New Roman"/>
          <w:bCs/>
          <w:lang w:val="lv-LV"/>
        </w:rPr>
        <w:t xml:space="preserve"> saturu.</w:t>
      </w:r>
    </w:p>
    <w:p w14:paraId="0E85AA51" w14:textId="0BE44763" w:rsidR="00F6520D" w:rsidRPr="00621A06" w:rsidRDefault="00164926" w:rsidP="00743D1B">
      <w:pPr>
        <w:spacing w:after="0" w:line="360" w:lineRule="auto"/>
        <w:jc w:val="both"/>
        <w:rPr>
          <w:rFonts w:cs="Times New Roman"/>
          <w:lang w:val="lv-LV"/>
        </w:rPr>
      </w:pPr>
      <w:r w:rsidRPr="00621A06">
        <w:rPr>
          <w:rFonts w:cs="Times New Roman"/>
          <w:b/>
          <w:bCs/>
          <w:lang w:val="lv-LV"/>
        </w:rPr>
        <w:t>8</w:t>
      </w:r>
      <w:r w:rsidR="00E728E0" w:rsidRPr="00621A06">
        <w:rPr>
          <w:rFonts w:cs="Times New Roman"/>
          <w:b/>
          <w:bCs/>
          <w:lang w:val="lv-LV"/>
        </w:rPr>
        <w:t>.2.</w:t>
      </w:r>
      <w:r w:rsidR="00E728E0" w:rsidRPr="00621A06">
        <w:rPr>
          <w:rFonts w:cs="Times New Roman"/>
          <w:lang w:val="lv-LV"/>
        </w:rPr>
        <w:t xml:space="preserve"> </w:t>
      </w:r>
      <w:r w:rsidR="006C7F64" w:rsidRPr="00621A06">
        <w:rPr>
          <w:rFonts w:cs="Times New Roman"/>
          <w:lang w:val="lv-LV"/>
        </w:rPr>
        <w:t xml:space="preserve">Sertifikāts </w:t>
      </w:r>
      <w:r w:rsidR="00E728E0" w:rsidRPr="00621A06">
        <w:rPr>
          <w:rFonts w:cs="Times New Roman"/>
          <w:lang w:val="lv-LV"/>
        </w:rPr>
        <w:t>tiek izsniegt</w:t>
      </w:r>
      <w:r w:rsidR="006C7F64" w:rsidRPr="00621A06">
        <w:rPr>
          <w:rFonts w:cs="Times New Roman"/>
          <w:lang w:val="lv-LV"/>
        </w:rPr>
        <w:t>s</w:t>
      </w:r>
      <w:r w:rsidR="00E728E0" w:rsidRPr="00621A06">
        <w:rPr>
          <w:rFonts w:cs="Times New Roman"/>
          <w:lang w:val="lv-LV"/>
        </w:rPr>
        <w:t xml:space="preserve">, ja vismaz 60% kontroles jautājumu atbildes ir pareizas. Nepareizu atbilžu gadījumā </w:t>
      </w:r>
      <w:r w:rsidR="003E00E9" w:rsidRPr="00621A06">
        <w:rPr>
          <w:rFonts w:cs="Times New Roman"/>
          <w:lang w:val="lv-LV"/>
        </w:rPr>
        <w:t>D</w:t>
      </w:r>
      <w:r w:rsidR="00E728E0" w:rsidRPr="00621A06">
        <w:rPr>
          <w:rFonts w:cs="Times New Roman"/>
          <w:lang w:val="lv-LV"/>
        </w:rPr>
        <w:t xml:space="preserve">alībniekam </w:t>
      </w:r>
      <w:r w:rsidR="00784AE0" w:rsidRPr="00621A06">
        <w:rPr>
          <w:rFonts w:cs="Times New Roman"/>
          <w:lang w:val="lv-LV"/>
        </w:rPr>
        <w:t>var</w:t>
      </w:r>
      <w:r w:rsidR="009F5BE3" w:rsidRPr="00621A06">
        <w:rPr>
          <w:rFonts w:cs="Times New Roman"/>
          <w:lang w:val="lv-LV"/>
        </w:rPr>
        <w:t xml:space="preserve"> </w:t>
      </w:r>
      <w:r w:rsidR="00490085" w:rsidRPr="00621A06">
        <w:rPr>
          <w:rFonts w:cs="Times New Roman"/>
          <w:lang w:val="lv-LV"/>
        </w:rPr>
        <w:t>pieprasīt īsu</w:t>
      </w:r>
      <w:r w:rsidR="00E728E0" w:rsidRPr="00621A06">
        <w:rPr>
          <w:rFonts w:cs="Times New Roman"/>
          <w:lang w:val="lv-LV"/>
        </w:rPr>
        <w:t xml:space="preserve"> papildu verifikācij</w:t>
      </w:r>
      <w:r w:rsidR="009F5BE3" w:rsidRPr="00621A06">
        <w:rPr>
          <w:rFonts w:cs="Times New Roman"/>
          <w:lang w:val="lv-LV"/>
        </w:rPr>
        <w:t>u</w:t>
      </w:r>
      <w:r w:rsidR="003E00E9" w:rsidRPr="00621A06">
        <w:rPr>
          <w:rFonts w:cs="Times New Roman"/>
          <w:lang w:val="lv-LV"/>
        </w:rPr>
        <w:t>.</w:t>
      </w:r>
    </w:p>
    <w:p w14:paraId="1CEDAF5C" w14:textId="71003A69" w:rsidR="00F6520D" w:rsidRPr="00621A06" w:rsidRDefault="006C7F64" w:rsidP="002519E3">
      <w:pPr>
        <w:spacing w:after="0" w:line="360" w:lineRule="auto"/>
        <w:jc w:val="both"/>
        <w:rPr>
          <w:rFonts w:cs="Times New Roman"/>
          <w:lang w:val="lv-LV"/>
        </w:rPr>
      </w:pPr>
      <w:r w:rsidRPr="00621A06">
        <w:rPr>
          <w:rFonts w:cs="Times New Roman"/>
          <w:lang w:val="lv-LV"/>
        </w:rPr>
        <w:t xml:space="preserve">. </w:t>
      </w:r>
    </w:p>
    <w:p w14:paraId="656D1956" w14:textId="6388544C" w:rsidR="00F6520D" w:rsidRPr="00621A06" w:rsidRDefault="00164926" w:rsidP="00A669DE">
      <w:pPr>
        <w:pStyle w:val="Heading2"/>
        <w:spacing w:before="120" w:after="120"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9</w:t>
      </w:r>
      <w:r w:rsidR="004C746A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. </w:t>
      </w:r>
      <w:r w:rsidR="001F5BC9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 Saziņa un iesniegumi</w:t>
      </w:r>
    </w:p>
    <w:p w14:paraId="2571EBEF" w14:textId="7986E10B" w:rsidR="00F6520D" w:rsidRPr="00621A06" w:rsidRDefault="00E728E0" w:rsidP="00A669DE">
      <w:pPr>
        <w:spacing w:line="360" w:lineRule="auto"/>
        <w:jc w:val="both"/>
        <w:rPr>
          <w:rFonts w:cs="Times New Roman"/>
          <w:lang w:val="lv-LV"/>
        </w:rPr>
      </w:pPr>
      <w:r w:rsidRPr="00621A06">
        <w:rPr>
          <w:rFonts w:cs="Times New Roman"/>
          <w:lang w:val="lv-LV"/>
        </w:rPr>
        <w:t>Iesniegumus par datu labošanu, tehniskām</w:t>
      </w:r>
      <w:r w:rsidR="009C6F4B" w:rsidRPr="00621A06">
        <w:rPr>
          <w:rFonts w:cs="Times New Roman"/>
          <w:lang w:val="lv-LV"/>
        </w:rPr>
        <w:t xml:space="preserve"> </w:t>
      </w:r>
      <w:r w:rsidRPr="00621A06">
        <w:rPr>
          <w:rFonts w:cs="Times New Roman"/>
          <w:lang w:val="lv-LV"/>
        </w:rPr>
        <w:t>problēmām un atmaksām</w:t>
      </w:r>
      <w:r w:rsidR="00A23EA4" w:rsidRPr="00621A06">
        <w:rPr>
          <w:rFonts w:cs="Times New Roman"/>
          <w:lang w:val="lv-LV"/>
        </w:rPr>
        <w:t xml:space="preserve"> </w:t>
      </w:r>
      <w:r w:rsidRPr="00621A06">
        <w:rPr>
          <w:rFonts w:cs="Times New Roman"/>
          <w:lang w:val="lv-LV"/>
        </w:rPr>
        <w:t>iesniedz e‑pastā: info@</w:t>
      </w:r>
      <w:r w:rsidR="00470F0C" w:rsidRPr="00621A06">
        <w:rPr>
          <w:rFonts w:cs="Times New Roman"/>
          <w:lang w:val="lv-LV"/>
        </w:rPr>
        <w:t>latlabasoc.</w:t>
      </w:r>
      <w:r w:rsidRPr="00621A06">
        <w:rPr>
          <w:rFonts w:cs="Times New Roman"/>
          <w:lang w:val="lv-LV"/>
        </w:rPr>
        <w:t xml:space="preserve">lv. Saziņai par tehniskiem jautājumiem: </w:t>
      </w:r>
      <w:r w:rsidR="00470F0C" w:rsidRPr="00621A06">
        <w:rPr>
          <w:rFonts w:cs="Times New Roman"/>
          <w:lang w:val="lv-LV"/>
        </w:rPr>
        <w:t>info@latlabasoc.lv</w:t>
      </w:r>
      <w:r w:rsidRPr="00621A06">
        <w:rPr>
          <w:rFonts w:cs="Times New Roman"/>
          <w:lang w:val="lv-LV"/>
        </w:rPr>
        <w:t>, tālr. ___.</w:t>
      </w:r>
    </w:p>
    <w:p w14:paraId="1E74F4B0" w14:textId="58844293" w:rsidR="00F6520D" w:rsidRPr="00621A06" w:rsidRDefault="00164926" w:rsidP="00A669DE">
      <w:pPr>
        <w:pStyle w:val="Heading2"/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10</w:t>
      </w:r>
      <w:r w:rsidR="00470F0C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.</w:t>
      </w:r>
      <w:r w:rsidR="0029423A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 </w:t>
      </w:r>
      <w:r w:rsidR="009578FE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D</w:t>
      </w:r>
      <w:r w:rsidR="0029423A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atu aizsardzība </w:t>
      </w:r>
      <w:r w:rsidR="009578FE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un n</w:t>
      </w:r>
      <w:r w:rsidR="00470F0C"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obeiguma jautājumi</w:t>
      </w:r>
    </w:p>
    <w:p w14:paraId="756537CC" w14:textId="4846D0C1" w:rsidR="0029423A" w:rsidRPr="00621A06" w:rsidRDefault="00164926" w:rsidP="00AD1DE7">
      <w:pPr>
        <w:spacing w:line="360" w:lineRule="auto"/>
        <w:rPr>
          <w:lang w:val="lv-LV"/>
        </w:rPr>
      </w:pPr>
      <w:r w:rsidRPr="00621A06">
        <w:rPr>
          <w:b/>
          <w:bCs/>
          <w:lang w:val="lv-LV"/>
        </w:rPr>
        <w:t>10</w:t>
      </w:r>
      <w:r w:rsidR="009578FE" w:rsidRPr="00621A06">
        <w:rPr>
          <w:b/>
          <w:bCs/>
          <w:lang w:val="lv-LV"/>
        </w:rPr>
        <w:t>.1</w:t>
      </w:r>
      <w:r w:rsidR="004C746A" w:rsidRPr="00621A06">
        <w:rPr>
          <w:lang w:val="lv-LV"/>
        </w:rPr>
        <w:t xml:space="preserve"> </w:t>
      </w:r>
      <w:r w:rsidR="004C746A" w:rsidRPr="00621A06">
        <w:rPr>
          <w:rFonts w:cs="Times New Roman"/>
          <w:lang w:val="lv-LV"/>
        </w:rPr>
        <w:t>Datu apstrāde tiek veikta atbilstoši spēkā esošajiem datu aizsardzības normatīvajiem aktiem. Dalībniekam ir tiesības piekļūt saviem datiem, pieprasīt labojumus un saņemt informāciju par izsniegtajiem Sertifikātiem</w:t>
      </w:r>
    </w:p>
    <w:p w14:paraId="0C6C8AE0" w14:textId="2B7CB272" w:rsidR="0025376D" w:rsidRPr="00621A06" w:rsidRDefault="00164926" w:rsidP="00AD1DE7">
      <w:pPr>
        <w:spacing w:line="360" w:lineRule="auto"/>
        <w:jc w:val="both"/>
        <w:rPr>
          <w:lang w:val="lv-LV"/>
        </w:rPr>
      </w:pPr>
      <w:r w:rsidRPr="00621A06">
        <w:rPr>
          <w:b/>
          <w:bCs/>
          <w:lang w:val="lv-LV"/>
        </w:rPr>
        <w:t>10</w:t>
      </w:r>
      <w:r w:rsidR="004C746A" w:rsidRPr="00621A06">
        <w:rPr>
          <w:b/>
          <w:bCs/>
          <w:lang w:val="lv-LV"/>
        </w:rPr>
        <w:t>.2</w:t>
      </w:r>
      <w:r w:rsidR="004C746A" w:rsidRPr="00621A06">
        <w:rPr>
          <w:lang w:val="lv-LV"/>
        </w:rPr>
        <w:t xml:space="preserve"> </w:t>
      </w:r>
      <w:r w:rsidR="00E728E0" w:rsidRPr="00621A06">
        <w:rPr>
          <w:lang w:val="lv-LV"/>
        </w:rPr>
        <w:t>Noteikumi stājas spēkā ar to apstiprināšanas brīdi. Asociācij</w:t>
      </w:r>
      <w:r w:rsidR="007A6EF0" w:rsidRPr="00621A06">
        <w:rPr>
          <w:lang w:val="lv-LV"/>
        </w:rPr>
        <w:t>as valde</w:t>
      </w:r>
      <w:r w:rsidR="00E728E0" w:rsidRPr="00621A06">
        <w:rPr>
          <w:lang w:val="lv-LV"/>
        </w:rPr>
        <w:t xml:space="preserve"> ir tiesīga precizēt šos noteikumus, publicējot aktuālo redakciju un informējot dalībniekus e‑pastā</w:t>
      </w:r>
      <w:r w:rsidR="00875C7E">
        <w:rPr>
          <w:lang w:val="lv-LV"/>
        </w:rPr>
        <w:t>.</w:t>
      </w:r>
    </w:p>
    <w:p w14:paraId="69E985CA" w14:textId="77777777" w:rsidR="0025376D" w:rsidRPr="00621A06" w:rsidRDefault="0025376D">
      <w:pPr>
        <w:rPr>
          <w:lang w:val="lv-LV"/>
        </w:rPr>
      </w:pPr>
    </w:p>
    <w:p w14:paraId="3E86F325" w14:textId="77777777" w:rsidR="00DA6168" w:rsidRPr="00621A06" w:rsidRDefault="00DA6168">
      <w:pPr>
        <w:rPr>
          <w:lang w:val="lv-LV"/>
        </w:rPr>
      </w:pPr>
    </w:p>
    <w:p w14:paraId="3003B025" w14:textId="77777777" w:rsidR="00DA6168" w:rsidRPr="00621A06" w:rsidRDefault="00DA6168">
      <w:pPr>
        <w:rPr>
          <w:lang w:val="lv-LV"/>
        </w:rPr>
      </w:pPr>
    </w:p>
    <w:p w14:paraId="62E7F2E2" w14:textId="77777777" w:rsidR="00DA6168" w:rsidRPr="00621A06" w:rsidRDefault="00DA6168">
      <w:pPr>
        <w:rPr>
          <w:lang w:val="lv-LV"/>
        </w:rPr>
      </w:pPr>
    </w:p>
    <w:p w14:paraId="63393140" w14:textId="77777777" w:rsidR="00DA6168" w:rsidRPr="00621A06" w:rsidRDefault="00DA6168">
      <w:pPr>
        <w:rPr>
          <w:lang w:val="lv-LV"/>
        </w:rPr>
      </w:pPr>
    </w:p>
    <w:p w14:paraId="771D4982" w14:textId="77777777" w:rsidR="00DA6168" w:rsidRPr="00621A06" w:rsidRDefault="00DA6168">
      <w:pPr>
        <w:rPr>
          <w:lang w:val="lv-LV"/>
        </w:rPr>
      </w:pPr>
    </w:p>
    <w:p w14:paraId="1E5CE95B" w14:textId="77777777" w:rsidR="00DA6168" w:rsidRPr="00621A06" w:rsidRDefault="00DA6168">
      <w:pPr>
        <w:rPr>
          <w:lang w:val="lv-LV"/>
        </w:rPr>
      </w:pPr>
    </w:p>
    <w:p w14:paraId="25F23FF7" w14:textId="77777777" w:rsidR="00DA6168" w:rsidRPr="00621A06" w:rsidRDefault="00DA6168">
      <w:pPr>
        <w:rPr>
          <w:lang w:val="lv-LV"/>
        </w:rPr>
      </w:pPr>
    </w:p>
    <w:p w14:paraId="2017AC9F" w14:textId="77777777" w:rsidR="00470F0C" w:rsidRPr="00621A06" w:rsidRDefault="00470F0C">
      <w:pPr>
        <w:rPr>
          <w:lang w:val="lv-LV"/>
        </w:rPr>
      </w:pPr>
    </w:p>
    <w:p w14:paraId="28DD1D22" w14:textId="77777777" w:rsidR="00470F0C" w:rsidRPr="00621A06" w:rsidRDefault="00470F0C" w:rsidP="00532458">
      <w:pPr>
        <w:pStyle w:val="Heading3"/>
        <w:ind w:firstLine="720"/>
        <w:jc w:val="right"/>
        <w:rPr>
          <w:rFonts w:ascii="Times New Roman" w:hAnsi="Times New Roman" w:cs="Times New Roman"/>
          <w:color w:val="auto"/>
          <w:lang w:val="lv-LV"/>
        </w:rPr>
      </w:pPr>
      <w:r w:rsidRPr="00621A06">
        <w:rPr>
          <w:rFonts w:ascii="Times New Roman" w:hAnsi="Times New Roman" w:cs="Times New Roman"/>
          <w:color w:val="auto"/>
          <w:lang w:val="lv-LV"/>
        </w:rPr>
        <w:lastRenderedPageBreak/>
        <w:t>Pielikums 1.</w:t>
      </w:r>
    </w:p>
    <w:p w14:paraId="2C9D5905" w14:textId="77777777" w:rsidR="00470F0C" w:rsidRPr="00621A06" w:rsidRDefault="00470F0C" w:rsidP="00470F0C">
      <w:pPr>
        <w:pStyle w:val="Heading3"/>
        <w:ind w:left="1440" w:firstLine="720"/>
        <w:rPr>
          <w:lang w:val="lv-LV"/>
        </w:rPr>
      </w:pPr>
      <w:r w:rsidRPr="00621A06">
        <w:rPr>
          <w:lang w:val="lv-LV"/>
        </w:rPr>
        <w:t xml:space="preserve"> </w:t>
      </w:r>
    </w:p>
    <w:p w14:paraId="58695896" w14:textId="3393151A" w:rsidR="00470F0C" w:rsidRPr="00621A06" w:rsidRDefault="00470F0C" w:rsidP="00470F0C">
      <w:pPr>
        <w:pStyle w:val="Heading3"/>
        <w:ind w:left="1440" w:firstLine="720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621A06">
        <w:rPr>
          <w:rFonts w:ascii="Times New Roman" w:hAnsi="Times New Roman" w:cs="Times New Roman"/>
          <w:color w:val="auto"/>
          <w:sz w:val="24"/>
          <w:szCs w:val="24"/>
          <w:lang w:val="lv-LV"/>
        </w:rPr>
        <w:t>Iesnieguma par datu labošanu paraugs</w:t>
      </w:r>
    </w:p>
    <w:p w14:paraId="0EDAD763" w14:textId="77777777" w:rsidR="00470F0C" w:rsidRPr="00621A06" w:rsidRDefault="00470F0C" w:rsidP="00470F0C">
      <w:pPr>
        <w:jc w:val="right"/>
        <w:rPr>
          <w:lang w:val="lv-LV"/>
        </w:rPr>
      </w:pPr>
    </w:p>
    <w:p w14:paraId="2C110B19" w14:textId="77777777" w:rsidR="00470F0C" w:rsidRPr="00621A06" w:rsidRDefault="00470F0C" w:rsidP="00470F0C">
      <w:pPr>
        <w:jc w:val="right"/>
        <w:rPr>
          <w:lang w:val="lv-LV"/>
        </w:rPr>
      </w:pPr>
      <w:r w:rsidRPr="00621A06">
        <w:rPr>
          <w:lang w:val="lv-LV"/>
        </w:rPr>
        <w:t>Vārds, uzvārds:</w:t>
      </w:r>
    </w:p>
    <w:p w14:paraId="5C7851CD" w14:textId="7C85977A" w:rsidR="00470F0C" w:rsidRPr="00621A06" w:rsidRDefault="00470F0C" w:rsidP="00470F0C">
      <w:pPr>
        <w:jc w:val="right"/>
        <w:rPr>
          <w:lang w:val="lv-LV"/>
        </w:rPr>
      </w:pPr>
      <w:r w:rsidRPr="00621A06">
        <w:rPr>
          <w:lang w:val="lv-LV"/>
        </w:rPr>
        <w:t xml:space="preserve"> ________________________________</w:t>
      </w:r>
    </w:p>
    <w:p w14:paraId="47D56699" w14:textId="77777777" w:rsidR="00470F0C" w:rsidRPr="00621A06" w:rsidRDefault="00470F0C" w:rsidP="00470F0C">
      <w:pPr>
        <w:jc w:val="right"/>
        <w:rPr>
          <w:lang w:val="lv-LV"/>
        </w:rPr>
      </w:pPr>
      <w:r w:rsidRPr="00621A06">
        <w:rPr>
          <w:lang w:val="lv-LV"/>
        </w:rPr>
        <w:t xml:space="preserve">Personas kods (ja attiecināms): </w:t>
      </w:r>
    </w:p>
    <w:p w14:paraId="0EE7011D" w14:textId="24E38797" w:rsidR="00470F0C" w:rsidRPr="00621A06" w:rsidRDefault="00470F0C" w:rsidP="00470F0C">
      <w:pPr>
        <w:jc w:val="right"/>
        <w:rPr>
          <w:lang w:val="lv-LV"/>
        </w:rPr>
      </w:pPr>
      <w:r w:rsidRPr="00621A06">
        <w:rPr>
          <w:lang w:val="lv-LV"/>
        </w:rPr>
        <w:t>________________</w:t>
      </w:r>
    </w:p>
    <w:p w14:paraId="55D74701" w14:textId="77777777" w:rsidR="00470F0C" w:rsidRPr="00621A06" w:rsidRDefault="00470F0C" w:rsidP="00470F0C">
      <w:pPr>
        <w:jc w:val="right"/>
        <w:rPr>
          <w:lang w:val="lv-LV"/>
        </w:rPr>
      </w:pPr>
      <w:r w:rsidRPr="00621A06">
        <w:rPr>
          <w:lang w:val="lv-LV"/>
        </w:rPr>
        <w:t xml:space="preserve">E‑pasts, tālrunis: </w:t>
      </w:r>
    </w:p>
    <w:p w14:paraId="4F226EA1" w14:textId="60CDE501" w:rsidR="00470F0C" w:rsidRPr="00621A06" w:rsidRDefault="00470F0C" w:rsidP="00470F0C">
      <w:pPr>
        <w:jc w:val="right"/>
        <w:rPr>
          <w:lang w:val="lv-LV"/>
        </w:rPr>
      </w:pPr>
      <w:r w:rsidRPr="00621A06">
        <w:rPr>
          <w:lang w:val="lv-LV"/>
        </w:rPr>
        <w:t>_____________________________</w:t>
      </w:r>
    </w:p>
    <w:p w14:paraId="2EF3F0E3" w14:textId="77777777" w:rsidR="00470F0C" w:rsidRPr="00621A06" w:rsidRDefault="00470F0C" w:rsidP="00470F0C">
      <w:pPr>
        <w:jc w:val="right"/>
        <w:rPr>
          <w:lang w:val="lv-LV"/>
        </w:rPr>
      </w:pPr>
      <w:r w:rsidRPr="00621A06">
        <w:rPr>
          <w:lang w:val="lv-LV"/>
        </w:rPr>
        <w:t xml:space="preserve">Sēdes nosaukums un datums: </w:t>
      </w:r>
    </w:p>
    <w:p w14:paraId="76FB000F" w14:textId="3ECBE3EE" w:rsidR="00470F0C" w:rsidRPr="00621A06" w:rsidRDefault="00470F0C" w:rsidP="00470F0C">
      <w:pPr>
        <w:jc w:val="right"/>
        <w:rPr>
          <w:lang w:val="lv-LV"/>
        </w:rPr>
      </w:pPr>
      <w:r w:rsidRPr="00621A06">
        <w:rPr>
          <w:lang w:val="lv-LV"/>
        </w:rPr>
        <w:t>____________________</w:t>
      </w:r>
    </w:p>
    <w:p w14:paraId="73243687" w14:textId="77777777" w:rsidR="00470F0C" w:rsidRPr="00621A06" w:rsidRDefault="00470F0C" w:rsidP="00875C7E">
      <w:pPr>
        <w:rPr>
          <w:lang w:val="lv-LV"/>
        </w:rPr>
      </w:pPr>
      <w:r w:rsidRPr="00621A06">
        <w:rPr>
          <w:lang w:val="lv-LV"/>
        </w:rPr>
        <w:t>Apraksts par kļūdu:</w:t>
      </w:r>
    </w:p>
    <w:p w14:paraId="163E3D08" w14:textId="4E9FCE07" w:rsidR="00470F0C" w:rsidRPr="00621A06" w:rsidRDefault="00470F0C" w:rsidP="00875C7E">
      <w:pPr>
        <w:rPr>
          <w:lang w:val="lv-LV"/>
        </w:rPr>
      </w:pPr>
      <w:r w:rsidRPr="00621A06">
        <w:rPr>
          <w:lang w:val="lv-LV"/>
        </w:rPr>
        <w:t xml:space="preserve"> __________________________</w:t>
      </w:r>
      <w:r w:rsidR="00875C7E" w:rsidRPr="00621A06">
        <w:rPr>
          <w:lang w:val="lv-LV"/>
        </w:rPr>
        <w:t>___________________________________________________</w:t>
      </w:r>
      <w:r w:rsidRPr="00621A06">
        <w:rPr>
          <w:lang w:val="lv-LV"/>
        </w:rPr>
        <w:t>_</w:t>
      </w:r>
    </w:p>
    <w:p w14:paraId="4E6B8358" w14:textId="77777777" w:rsidR="00470F0C" w:rsidRPr="00621A06" w:rsidRDefault="00470F0C" w:rsidP="00875C7E">
      <w:pPr>
        <w:rPr>
          <w:lang w:val="lv-LV"/>
        </w:rPr>
      </w:pPr>
      <w:r w:rsidRPr="00621A06">
        <w:rPr>
          <w:lang w:val="lv-LV"/>
        </w:rPr>
        <w:t xml:space="preserve">Pareizie dati: </w:t>
      </w:r>
    </w:p>
    <w:p w14:paraId="6A86EE7E" w14:textId="77777777" w:rsidR="00875C7E" w:rsidRPr="00621A06" w:rsidRDefault="00875C7E" w:rsidP="00875C7E">
      <w:pPr>
        <w:rPr>
          <w:lang w:val="lv-LV"/>
        </w:rPr>
      </w:pPr>
      <w:r w:rsidRPr="00621A06">
        <w:rPr>
          <w:lang w:val="lv-LV"/>
        </w:rPr>
        <w:t>______________________________________________________________________________</w:t>
      </w:r>
    </w:p>
    <w:p w14:paraId="02D83731" w14:textId="77777777" w:rsidR="00470F0C" w:rsidRPr="00621A06" w:rsidRDefault="00470F0C" w:rsidP="00875C7E">
      <w:pPr>
        <w:rPr>
          <w:lang w:val="lv-LV"/>
        </w:rPr>
      </w:pPr>
      <w:r w:rsidRPr="00621A06">
        <w:rPr>
          <w:lang w:val="lv-LV"/>
        </w:rPr>
        <w:t xml:space="preserve">Pievienotie dokumenti: </w:t>
      </w:r>
    </w:p>
    <w:p w14:paraId="557841CC" w14:textId="77777777" w:rsidR="00875C7E" w:rsidRPr="00621A06" w:rsidRDefault="00875C7E" w:rsidP="00875C7E">
      <w:pPr>
        <w:rPr>
          <w:lang w:val="lv-LV"/>
        </w:rPr>
      </w:pPr>
      <w:r w:rsidRPr="00621A06">
        <w:rPr>
          <w:lang w:val="lv-LV"/>
        </w:rPr>
        <w:t>______________________________________________________________________________</w:t>
      </w:r>
    </w:p>
    <w:p w14:paraId="4E79D953" w14:textId="77777777" w:rsidR="00470F0C" w:rsidRPr="00621A06" w:rsidRDefault="00470F0C" w:rsidP="00470F0C">
      <w:pPr>
        <w:jc w:val="right"/>
        <w:rPr>
          <w:lang w:val="lv-LV"/>
        </w:rPr>
      </w:pPr>
      <w:r w:rsidRPr="00621A06">
        <w:rPr>
          <w:lang w:val="lv-LV"/>
        </w:rPr>
        <w:t xml:space="preserve">Datums un paraksts: </w:t>
      </w:r>
    </w:p>
    <w:p w14:paraId="3E54FAEA" w14:textId="3BC9F99D" w:rsidR="00470F0C" w:rsidRPr="00621A06" w:rsidRDefault="00470F0C" w:rsidP="00470F0C">
      <w:pPr>
        <w:jc w:val="right"/>
        <w:rPr>
          <w:lang w:val="lv-LV"/>
        </w:rPr>
      </w:pPr>
      <w:r w:rsidRPr="00621A06">
        <w:rPr>
          <w:lang w:val="lv-LV"/>
        </w:rPr>
        <w:t>__________________________</w:t>
      </w:r>
    </w:p>
    <w:p w14:paraId="053B07F2" w14:textId="77777777" w:rsidR="00470F0C" w:rsidRPr="00621A06" w:rsidRDefault="00470F0C" w:rsidP="00470F0C">
      <w:pPr>
        <w:rPr>
          <w:lang w:val="lv-LV"/>
        </w:rPr>
      </w:pPr>
    </w:p>
    <w:p w14:paraId="29E7BE6E" w14:textId="77777777" w:rsidR="00470F0C" w:rsidRPr="00621A06" w:rsidRDefault="00470F0C" w:rsidP="00470F0C">
      <w:pPr>
        <w:rPr>
          <w:lang w:val="lv-LV"/>
        </w:rPr>
      </w:pPr>
    </w:p>
    <w:p w14:paraId="0FE51690" w14:textId="77777777" w:rsidR="00470F0C" w:rsidRPr="00621A06" w:rsidRDefault="00470F0C" w:rsidP="00470F0C">
      <w:pPr>
        <w:rPr>
          <w:lang w:val="lv-LV"/>
        </w:rPr>
      </w:pPr>
    </w:p>
    <w:p w14:paraId="125972AA" w14:textId="77777777" w:rsidR="00470F0C" w:rsidRPr="00621A06" w:rsidRDefault="00470F0C" w:rsidP="00470F0C">
      <w:pPr>
        <w:rPr>
          <w:lang w:val="lv-LV"/>
        </w:rPr>
      </w:pPr>
    </w:p>
    <w:p w14:paraId="20DBB7EC" w14:textId="77777777" w:rsidR="00470F0C" w:rsidRPr="00621A06" w:rsidRDefault="00470F0C" w:rsidP="00470F0C">
      <w:pPr>
        <w:rPr>
          <w:lang w:val="lv-LV"/>
        </w:rPr>
      </w:pPr>
    </w:p>
    <w:p w14:paraId="64C427CC" w14:textId="77777777" w:rsidR="00470F0C" w:rsidRPr="00621A06" w:rsidRDefault="00470F0C" w:rsidP="00470F0C">
      <w:pPr>
        <w:rPr>
          <w:lang w:val="lv-LV"/>
        </w:rPr>
      </w:pPr>
    </w:p>
    <w:p w14:paraId="4EFD4716" w14:textId="53C6B65F" w:rsidR="00F6520D" w:rsidRPr="00621A06" w:rsidRDefault="00F6520D" w:rsidP="00875C7E">
      <w:pPr>
        <w:rPr>
          <w:lang w:val="lv-LV"/>
        </w:rPr>
      </w:pPr>
    </w:p>
    <w:sectPr w:rsidR="00F6520D" w:rsidRPr="00621A0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4EF0B2A"/>
    <w:multiLevelType w:val="multilevel"/>
    <w:tmpl w:val="222655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  <w:sz w:val="22"/>
      </w:rPr>
    </w:lvl>
  </w:abstractNum>
  <w:abstractNum w:abstractNumId="10" w15:restartNumberingAfterBreak="0">
    <w:nsid w:val="62A05D33"/>
    <w:multiLevelType w:val="hybridMultilevel"/>
    <w:tmpl w:val="FEAA6060"/>
    <w:lvl w:ilvl="0" w:tplc="BBD67B0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D1829"/>
    <w:multiLevelType w:val="multilevel"/>
    <w:tmpl w:val="18CCB08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E2E"/>
    <w:rsid w:val="00014520"/>
    <w:rsid w:val="00034616"/>
    <w:rsid w:val="00047A85"/>
    <w:rsid w:val="0005724F"/>
    <w:rsid w:val="0006063C"/>
    <w:rsid w:val="000A293A"/>
    <w:rsid w:val="000D2027"/>
    <w:rsid w:val="000D2467"/>
    <w:rsid w:val="000E381A"/>
    <w:rsid w:val="000E7C7F"/>
    <w:rsid w:val="000F655A"/>
    <w:rsid w:val="000F66E0"/>
    <w:rsid w:val="0010036F"/>
    <w:rsid w:val="00111167"/>
    <w:rsid w:val="00122137"/>
    <w:rsid w:val="00125B51"/>
    <w:rsid w:val="0013550E"/>
    <w:rsid w:val="001356E2"/>
    <w:rsid w:val="00140229"/>
    <w:rsid w:val="00142AC6"/>
    <w:rsid w:val="001432C2"/>
    <w:rsid w:val="0014480B"/>
    <w:rsid w:val="0015074B"/>
    <w:rsid w:val="00154723"/>
    <w:rsid w:val="00164926"/>
    <w:rsid w:val="00167A8D"/>
    <w:rsid w:val="00174091"/>
    <w:rsid w:val="001972E3"/>
    <w:rsid w:val="001B6EF4"/>
    <w:rsid w:val="001C5563"/>
    <w:rsid w:val="001E5737"/>
    <w:rsid w:val="001F0F2E"/>
    <w:rsid w:val="001F5BC9"/>
    <w:rsid w:val="002161BB"/>
    <w:rsid w:val="00217659"/>
    <w:rsid w:val="0022448F"/>
    <w:rsid w:val="002260D7"/>
    <w:rsid w:val="00241D77"/>
    <w:rsid w:val="002519E3"/>
    <w:rsid w:val="0025376D"/>
    <w:rsid w:val="00262BA6"/>
    <w:rsid w:val="0027255C"/>
    <w:rsid w:val="00275A6B"/>
    <w:rsid w:val="0027671F"/>
    <w:rsid w:val="00287556"/>
    <w:rsid w:val="002912AF"/>
    <w:rsid w:val="0029423A"/>
    <w:rsid w:val="0029639D"/>
    <w:rsid w:val="002974DD"/>
    <w:rsid w:val="002A1665"/>
    <w:rsid w:val="002A1678"/>
    <w:rsid w:val="002B6798"/>
    <w:rsid w:val="002C6317"/>
    <w:rsid w:val="002D419A"/>
    <w:rsid w:val="002D5D4A"/>
    <w:rsid w:val="00302936"/>
    <w:rsid w:val="00325543"/>
    <w:rsid w:val="00326F90"/>
    <w:rsid w:val="00334351"/>
    <w:rsid w:val="00353792"/>
    <w:rsid w:val="00362D20"/>
    <w:rsid w:val="00363C9C"/>
    <w:rsid w:val="003845D5"/>
    <w:rsid w:val="00392E0E"/>
    <w:rsid w:val="003E00E9"/>
    <w:rsid w:val="003F5352"/>
    <w:rsid w:val="00426107"/>
    <w:rsid w:val="00435EB6"/>
    <w:rsid w:val="00446279"/>
    <w:rsid w:val="00470F0C"/>
    <w:rsid w:val="00473133"/>
    <w:rsid w:val="0047721C"/>
    <w:rsid w:val="00481884"/>
    <w:rsid w:val="00485029"/>
    <w:rsid w:val="004857EB"/>
    <w:rsid w:val="00486E1E"/>
    <w:rsid w:val="00490085"/>
    <w:rsid w:val="00494717"/>
    <w:rsid w:val="004A5FD3"/>
    <w:rsid w:val="004B2CF8"/>
    <w:rsid w:val="004C1D86"/>
    <w:rsid w:val="004C47FC"/>
    <w:rsid w:val="004C746A"/>
    <w:rsid w:val="004D5D2D"/>
    <w:rsid w:val="004D7FCC"/>
    <w:rsid w:val="004E02CA"/>
    <w:rsid w:val="004E4318"/>
    <w:rsid w:val="004F768A"/>
    <w:rsid w:val="005152B6"/>
    <w:rsid w:val="00532458"/>
    <w:rsid w:val="00536BE4"/>
    <w:rsid w:val="00542F4A"/>
    <w:rsid w:val="005433EE"/>
    <w:rsid w:val="00551741"/>
    <w:rsid w:val="00570A58"/>
    <w:rsid w:val="005A1F2A"/>
    <w:rsid w:val="005B1017"/>
    <w:rsid w:val="005B180D"/>
    <w:rsid w:val="005E27E9"/>
    <w:rsid w:val="005E4FCD"/>
    <w:rsid w:val="0062179D"/>
    <w:rsid w:val="00621A06"/>
    <w:rsid w:val="006341EB"/>
    <w:rsid w:val="0064106F"/>
    <w:rsid w:val="006478A4"/>
    <w:rsid w:val="00653FF2"/>
    <w:rsid w:val="00675DE8"/>
    <w:rsid w:val="0067631C"/>
    <w:rsid w:val="006971A3"/>
    <w:rsid w:val="006B26D5"/>
    <w:rsid w:val="006C2677"/>
    <w:rsid w:val="006C7F64"/>
    <w:rsid w:val="006D3CFF"/>
    <w:rsid w:val="006D6FB0"/>
    <w:rsid w:val="006D7165"/>
    <w:rsid w:val="006F5C20"/>
    <w:rsid w:val="006F6B9C"/>
    <w:rsid w:val="00703E92"/>
    <w:rsid w:val="0072394D"/>
    <w:rsid w:val="00726C6C"/>
    <w:rsid w:val="00730B58"/>
    <w:rsid w:val="00734780"/>
    <w:rsid w:val="00737056"/>
    <w:rsid w:val="00743D1B"/>
    <w:rsid w:val="007451EB"/>
    <w:rsid w:val="007626D4"/>
    <w:rsid w:val="007633AA"/>
    <w:rsid w:val="00784AE0"/>
    <w:rsid w:val="0079177E"/>
    <w:rsid w:val="00793C24"/>
    <w:rsid w:val="007A420F"/>
    <w:rsid w:val="007A69FD"/>
    <w:rsid w:val="007A6EF0"/>
    <w:rsid w:val="007D357A"/>
    <w:rsid w:val="007E1B75"/>
    <w:rsid w:val="007E5460"/>
    <w:rsid w:val="007F6060"/>
    <w:rsid w:val="007F758E"/>
    <w:rsid w:val="00820828"/>
    <w:rsid w:val="00826D54"/>
    <w:rsid w:val="00837D2D"/>
    <w:rsid w:val="00837D3E"/>
    <w:rsid w:val="00845861"/>
    <w:rsid w:val="00856740"/>
    <w:rsid w:val="00857141"/>
    <w:rsid w:val="00860468"/>
    <w:rsid w:val="00870F60"/>
    <w:rsid w:val="00871BA3"/>
    <w:rsid w:val="00875C7E"/>
    <w:rsid w:val="00882C08"/>
    <w:rsid w:val="00886ACD"/>
    <w:rsid w:val="0088752B"/>
    <w:rsid w:val="00890AE4"/>
    <w:rsid w:val="008B63A7"/>
    <w:rsid w:val="008D2BA1"/>
    <w:rsid w:val="008D68BF"/>
    <w:rsid w:val="00947369"/>
    <w:rsid w:val="009578FE"/>
    <w:rsid w:val="00962F9A"/>
    <w:rsid w:val="00974E05"/>
    <w:rsid w:val="009856CB"/>
    <w:rsid w:val="0098607F"/>
    <w:rsid w:val="009A5F8E"/>
    <w:rsid w:val="009C6F4B"/>
    <w:rsid w:val="009C758F"/>
    <w:rsid w:val="009D203B"/>
    <w:rsid w:val="009D57AC"/>
    <w:rsid w:val="009E06FE"/>
    <w:rsid w:val="009F5660"/>
    <w:rsid w:val="009F5BE3"/>
    <w:rsid w:val="00A0184A"/>
    <w:rsid w:val="00A05941"/>
    <w:rsid w:val="00A13BA5"/>
    <w:rsid w:val="00A1594E"/>
    <w:rsid w:val="00A22B3F"/>
    <w:rsid w:val="00A23EA4"/>
    <w:rsid w:val="00A40C38"/>
    <w:rsid w:val="00A418CE"/>
    <w:rsid w:val="00A544ED"/>
    <w:rsid w:val="00A62C68"/>
    <w:rsid w:val="00A65ACC"/>
    <w:rsid w:val="00A6691F"/>
    <w:rsid w:val="00A669DE"/>
    <w:rsid w:val="00A74022"/>
    <w:rsid w:val="00A7621D"/>
    <w:rsid w:val="00A77540"/>
    <w:rsid w:val="00A9203A"/>
    <w:rsid w:val="00A92A35"/>
    <w:rsid w:val="00AA1D8D"/>
    <w:rsid w:val="00AC225A"/>
    <w:rsid w:val="00AD1DE7"/>
    <w:rsid w:val="00AE1D95"/>
    <w:rsid w:val="00AF141F"/>
    <w:rsid w:val="00AF2AED"/>
    <w:rsid w:val="00B03C88"/>
    <w:rsid w:val="00B11CBC"/>
    <w:rsid w:val="00B26890"/>
    <w:rsid w:val="00B34CFD"/>
    <w:rsid w:val="00B35BD1"/>
    <w:rsid w:val="00B4164A"/>
    <w:rsid w:val="00B469A3"/>
    <w:rsid w:val="00B47730"/>
    <w:rsid w:val="00B57D7F"/>
    <w:rsid w:val="00B62D56"/>
    <w:rsid w:val="00B926FF"/>
    <w:rsid w:val="00B9683C"/>
    <w:rsid w:val="00BC15B5"/>
    <w:rsid w:val="00BF0D35"/>
    <w:rsid w:val="00C22279"/>
    <w:rsid w:val="00C22F1B"/>
    <w:rsid w:val="00C301F0"/>
    <w:rsid w:val="00C5215C"/>
    <w:rsid w:val="00C84B93"/>
    <w:rsid w:val="00CB0664"/>
    <w:rsid w:val="00CB468F"/>
    <w:rsid w:val="00CC4A62"/>
    <w:rsid w:val="00CF25A2"/>
    <w:rsid w:val="00CF4CF2"/>
    <w:rsid w:val="00D10B5F"/>
    <w:rsid w:val="00D21D58"/>
    <w:rsid w:val="00D653E3"/>
    <w:rsid w:val="00D7303D"/>
    <w:rsid w:val="00D747EC"/>
    <w:rsid w:val="00D7740D"/>
    <w:rsid w:val="00D81BEA"/>
    <w:rsid w:val="00D85678"/>
    <w:rsid w:val="00DA6168"/>
    <w:rsid w:val="00DA6744"/>
    <w:rsid w:val="00DC0059"/>
    <w:rsid w:val="00DC0580"/>
    <w:rsid w:val="00DC4863"/>
    <w:rsid w:val="00DD286C"/>
    <w:rsid w:val="00DD63D1"/>
    <w:rsid w:val="00DE6D20"/>
    <w:rsid w:val="00DF53EA"/>
    <w:rsid w:val="00E04F2E"/>
    <w:rsid w:val="00E27FF3"/>
    <w:rsid w:val="00E32877"/>
    <w:rsid w:val="00E34EDC"/>
    <w:rsid w:val="00E63778"/>
    <w:rsid w:val="00E6730B"/>
    <w:rsid w:val="00E728E0"/>
    <w:rsid w:val="00E760C9"/>
    <w:rsid w:val="00E76C0F"/>
    <w:rsid w:val="00E81132"/>
    <w:rsid w:val="00E92A04"/>
    <w:rsid w:val="00E96BCF"/>
    <w:rsid w:val="00ED3899"/>
    <w:rsid w:val="00ED44DC"/>
    <w:rsid w:val="00EF3DAC"/>
    <w:rsid w:val="00EF547E"/>
    <w:rsid w:val="00EF649D"/>
    <w:rsid w:val="00F00CA7"/>
    <w:rsid w:val="00F04017"/>
    <w:rsid w:val="00F34570"/>
    <w:rsid w:val="00F6520D"/>
    <w:rsid w:val="00FA64B6"/>
    <w:rsid w:val="00FB0961"/>
    <w:rsid w:val="00FC693F"/>
    <w:rsid w:val="00FD3D94"/>
    <w:rsid w:val="00FE0D23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C34121"/>
  <w14:defaultImageDpi w14:val="300"/>
  <w15:docId w15:val="{E725F470-ED78-44E8-A37F-E80795D3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96B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6B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7879</TotalTime>
  <Pages>4</Pages>
  <Words>3682</Words>
  <Characters>2099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Rūta Melbārde-Vāvere</cp:lastModifiedBy>
  <cp:revision>135</cp:revision>
  <cp:lastPrinted>2026-01-06T09:47:00Z</cp:lastPrinted>
  <dcterms:created xsi:type="dcterms:W3CDTF">2026-01-06T17:10:00Z</dcterms:created>
  <dcterms:modified xsi:type="dcterms:W3CDTF">2026-02-25T12:01:00Z</dcterms:modified>
  <cp:category/>
</cp:coreProperties>
</file>